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1903"/>
        <w:gridCol w:w="1730"/>
        <w:gridCol w:w="2150"/>
        <w:gridCol w:w="1418"/>
        <w:gridCol w:w="2126"/>
      </w:tblGrid>
      <w:tr w:rsidR="002F30CE" w:rsidRPr="00063BC5" w14:paraId="10416107" w14:textId="77777777" w:rsidTr="00063BC5">
        <w:trPr>
          <w:trHeight w:val="1120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CA1A" w14:textId="62F78CC4" w:rsidR="002F30CE" w:rsidRPr="00063BC5" w:rsidRDefault="002F30CE" w:rsidP="002F03FF">
            <w:pPr>
              <w:spacing w:line="520" w:lineRule="exact"/>
              <w:jc w:val="center"/>
              <w:rPr>
                <w:rFonts w:ascii="微軟正黑體 Light" w:eastAsia="微軟正黑體 Light" w:hAnsi="微軟正黑體 Light"/>
                <w:b/>
                <w:sz w:val="36"/>
                <w:lang w:eastAsia="zh-TW"/>
              </w:rPr>
            </w:pPr>
            <w:r w:rsidRPr="00063BC5">
              <w:rPr>
                <w:rFonts w:ascii="微軟正黑體 Light" w:eastAsia="微軟正黑體 Light" w:hAnsi="微軟正黑體 Light" w:hint="eastAsia"/>
                <w:lang w:eastAsia="zh-TW"/>
              </w:rPr>
              <w:t xml:space="preserve">      </w:t>
            </w:r>
            <w:bookmarkStart w:id="0" w:name="_Hlk163645218"/>
            <w:r w:rsidRPr="00063BC5">
              <w:rPr>
                <w:rFonts w:ascii="微軟正黑體 Light" w:eastAsia="微軟正黑體 Light" w:hAnsi="微軟正黑體 Light"/>
                <w:sz w:val="28"/>
                <w:szCs w:val="28"/>
                <w:lang w:eastAsia="zh-TW"/>
              </w:rPr>
              <w:br w:type="page"/>
            </w:r>
            <w:r w:rsidRPr="00063BC5">
              <w:rPr>
                <w:rFonts w:ascii="微軟正黑體 Light" w:eastAsia="微軟正黑體 Light" w:hAnsi="微軟正黑體 Light" w:hint="eastAsia"/>
                <w:b/>
                <w:sz w:val="36"/>
                <w:lang w:eastAsia="zh-TW"/>
              </w:rPr>
              <w:t>桃園市立陽明高級中等學校</w:t>
            </w:r>
          </w:p>
          <w:p w14:paraId="7ED6C49B" w14:textId="331E605A" w:rsidR="002F30CE" w:rsidRPr="00063BC5" w:rsidRDefault="002F30CE" w:rsidP="002F03FF">
            <w:pPr>
              <w:spacing w:line="520" w:lineRule="exact"/>
              <w:jc w:val="center"/>
              <w:rPr>
                <w:rFonts w:ascii="微軟正黑體 Light" w:eastAsia="微軟正黑體 Light" w:hAnsi="微軟正黑體 Light"/>
                <w:lang w:eastAsia="zh-TW"/>
              </w:rPr>
            </w:pPr>
            <w:r w:rsidRPr="00063BC5">
              <w:rPr>
                <w:rFonts w:ascii="微軟正黑體 Light" w:eastAsia="微軟正黑體 Light" w:hAnsi="微軟正黑體 Light" w:hint="eastAsia"/>
                <w:b/>
                <w:sz w:val="36"/>
                <w:lang w:eastAsia="zh-TW"/>
              </w:rPr>
              <w:t>暑假水上活動</w:t>
            </w:r>
            <w:r w:rsidRPr="00063BC5">
              <w:rPr>
                <w:rFonts w:ascii="微軟正黑體 Light" w:eastAsia="微軟正黑體 Light" w:hAnsi="微軟正黑體 Light"/>
                <w:b/>
                <w:sz w:val="36"/>
                <w:lang w:eastAsia="zh-TW"/>
              </w:rPr>
              <w:t>-SUP-育樂營講座</w:t>
            </w:r>
            <w:r w:rsidR="002F03FF" w:rsidRPr="00063BC5">
              <w:rPr>
                <w:rFonts w:ascii="微軟正黑體 Light" w:eastAsia="微軟正黑體 Light" w:hAnsi="微軟正黑體 Light" w:hint="eastAsia"/>
                <w:b/>
                <w:sz w:val="36"/>
                <w:lang w:eastAsia="zh-TW"/>
              </w:rPr>
              <w:t xml:space="preserve">  </w:t>
            </w:r>
            <w:r w:rsidRPr="00063BC5">
              <w:rPr>
                <w:rFonts w:ascii="微軟正黑體 Light" w:eastAsia="微軟正黑體 Light" w:hAnsi="微軟正黑體 Light"/>
                <w:b/>
                <w:sz w:val="36"/>
                <w:lang w:eastAsia="zh-TW"/>
              </w:rPr>
              <w:t>家長同意書</w:t>
            </w:r>
          </w:p>
        </w:tc>
      </w:tr>
      <w:tr w:rsidR="002F30CE" w:rsidRPr="00063BC5" w14:paraId="77DF6A37" w14:textId="77777777" w:rsidTr="00063BC5">
        <w:trPr>
          <w:trHeight w:val="1226"/>
        </w:trPr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009E" w14:textId="39E2727F" w:rsidR="002F30CE" w:rsidRPr="00063BC5" w:rsidRDefault="002F30CE" w:rsidP="00917ED2">
            <w:pPr>
              <w:spacing w:line="500" w:lineRule="exact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063BC5">
              <w:rPr>
                <w:rFonts w:ascii="微軟正黑體 Light" w:eastAsia="微軟正黑體 Light" w:hAnsi="微軟正黑體 Light"/>
                <w:sz w:val="28"/>
                <w:szCs w:val="28"/>
                <w:u w:val="single"/>
                <w:lang w:eastAsia="zh-TW"/>
              </w:rPr>
              <w:t xml:space="preserve">    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u w:val="single"/>
                <w:lang w:eastAsia="zh-TW"/>
              </w:rPr>
              <w:t xml:space="preserve">    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  <w:u w:val="single"/>
                <w:lang w:eastAsia="zh-TW"/>
              </w:rPr>
              <w:t xml:space="preserve">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年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  <w:u w:val="single"/>
              </w:rPr>
              <w:t xml:space="preserve">    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u w:val="single"/>
                <w:lang w:eastAsia="zh-TW"/>
              </w:rPr>
              <w:t xml:space="preserve">   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  <w:u w:val="single"/>
              </w:rPr>
              <w:t xml:space="preserve">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班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  <w:u w:val="single"/>
              </w:rPr>
              <w:t xml:space="preserve">    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u w:val="single"/>
              </w:rPr>
              <w:t xml:space="preserve"> 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u w:val="single"/>
                <w:lang w:eastAsia="zh-TW"/>
              </w:rPr>
              <w:t xml:space="preserve">   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  <w:u w:val="single"/>
              </w:rPr>
              <w:t xml:space="preserve">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號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7447" w14:textId="77777777" w:rsidR="002F30CE" w:rsidRPr="00063BC5" w:rsidRDefault="002F30CE" w:rsidP="00917ED2">
            <w:pPr>
              <w:spacing w:line="500" w:lineRule="exact"/>
              <w:jc w:val="center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姓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名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C18E" w14:textId="77777777" w:rsidR="002F30CE" w:rsidRPr="00063BC5" w:rsidRDefault="002F30CE" w:rsidP="00917ED2">
            <w:pPr>
              <w:spacing w:line="500" w:lineRule="exact"/>
              <w:ind w:firstLine="320"/>
              <w:jc w:val="both"/>
              <w:rPr>
                <w:rFonts w:ascii="微軟正黑體 Light" w:eastAsia="微軟正黑體 Light" w:hAnsi="微軟正黑體 Light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1E6E" w14:textId="77777777" w:rsidR="002F30CE" w:rsidRPr="00063BC5" w:rsidRDefault="002F30CE" w:rsidP="00917ED2">
            <w:pPr>
              <w:spacing w:line="500" w:lineRule="exact"/>
              <w:jc w:val="center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性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 xml:space="preserve">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447D" w14:textId="77777777" w:rsidR="002F30CE" w:rsidRPr="00063BC5" w:rsidRDefault="002F30CE" w:rsidP="00917ED2">
            <w:pPr>
              <w:spacing w:line="500" w:lineRule="exact"/>
              <w:ind w:firstLine="320"/>
              <w:jc w:val="both"/>
              <w:rPr>
                <w:rFonts w:ascii="微軟正黑體 Light" w:eastAsia="微軟正黑體 Light" w:hAnsi="微軟正黑體 Light"/>
                <w:sz w:val="28"/>
                <w:szCs w:val="28"/>
              </w:rPr>
            </w:pPr>
          </w:p>
        </w:tc>
      </w:tr>
      <w:tr w:rsidR="002F30CE" w:rsidRPr="00063BC5" w14:paraId="3D4828E2" w14:textId="77777777" w:rsidTr="002F30CE">
        <w:trPr>
          <w:trHeight w:val="98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B518" w14:textId="77777777" w:rsidR="002F30CE" w:rsidRPr="00063BC5" w:rsidRDefault="002F30CE" w:rsidP="00917ED2">
            <w:pPr>
              <w:spacing w:line="500" w:lineRule="exact"/>
              <w:jc w:val="center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proofErr w:type="spellStart"/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出生年月日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2FF6" w14:textId="77777777" w:rsidR="002F30CE" w:rsidRPr="00063BC5" w:rsidRDefault="002F30CE" w:rsidP="00917ED2">
            <w:pPr>
              <w:spacing w:line="500" w:lineRule="exact"/>
              <w:ind w:firstLine="320"/>
              <w:jc w:val="both"/>
              <w:rPr>
                <w:rFonts w:ascii="微軟正黑體 Light" w:eastAsia="微軟正黑體 Light" w:hAnsi="微軟正黑體 Light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CCD5" w14:textId="77777777" w:rsidR="002F30CE" w:rsidRPr="00063BC5" w:rsidRDefault="002F30CE" w:rsidP="00917ED2">
            <w:pPr>
              <w:spacing w:line="500" w:lineRule="exact"/>
              <w:jc w:val="both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proofErr w:type="spellStart"/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身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分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證字號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066" w14:textId="77777777" w:rsidR="002F30CE" w:rsidRPr="00063BC5" w:rsidRDefault="002F30CE" w:rsidP="00917ED2">
            <w:pPr>
              <w:spacing w:line="500" w:lineRule="exact"/>
              <w:ind w:firstLine="320"/>
              <w:jc w:val="right"/>
              <w:rPr>
                <w:rFonts w:ascii="微軟正黑體 Light" w:eastAsia="微軟正黑體 Light" w:hAnsi="微軟正黑體 Light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EBA9" w14:textId="77777777" w:rsidR="002F30CE" w:rsidRPr="00063BC5" w:rsidRDefault="002F30CE" w:rsidP="00917ED2">
            <w:pPr>
              <w:spacing w:line="500" w:lineRule="exact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proofErr w:type="spellStart"/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手機號碼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8DBC" w14:textId="77777777" w:rsidR="002F30CE" w:rsidRPr="00063BC5" w:rsidRDefault="002F30CE" w:rsidP="00917ED2">
            <w:pPr>
              <w:spacing w:line="500" w:lineRule="exact"/>
              <w:ind w:firstLine="320"/>
              <w:jc w:val="right"/>
              <w:rPr>
                <w:rFonts w:ascii="微軟正黑體 Light" w:eastAsia="微軟正黑體 Light" w:hAnsi="微軟正黑體 Light"/>
                <w:sz w:val="28"/>
                <w:szCs w:val="28"/>
              </w:rPr>
            </w:pPr>
          </w:p>
        </w:tc>
      </w:tr>
      <w:tr w:rsidR="002F30CE" w:rsidRPr="00063BC5" w14:paraId="75C27D31" w14:textId="77777777" w:rsidTr="002F30CE">
        <w:trPr>
          <w:trHeight w:val="144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39CD" w14:textId="08AF2F97" w:rsidR="002F30CE" w:rsidRPr="00063BC5" w:rsidRDefault="002F30CE" w:rsidP="00917ED2">
            <w:pPr>
              <w:spacing w:line="500" w:lineRule="exact"/>
              <w:jc w:val="center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lang w:eastAsia="zh-TW"/>
              </w:rPr>
              <w:t>參與梯次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1CD4" w14:textId="3B8CDAF8" w:rsidR="002F30CE" w:rsidRPr="00063BC5" w:rsidRDefault="002F30CE" w:rsidP="002F30CE">
            <w:pPr>
              <w:spacing w:line="500" w:lineRule="exact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lang w:eastAsia="zh-TW"/>
              </w:rPr>
              <w:t>115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年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lang w:eastAsia="zh-TW"/>
              </w:rPr>
              <w:t xml:space="preserve">      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月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lang w:eastAsia="zh-TW"/>
              </w:rPr>
              <w:t xml:space="preserve">        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日</w:t>
            </w:r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br/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lang w:eastAsia="zh-TW"/>
              </w:rPr>
              <w:t>第             梯次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C310" w14:textId="77777777" w:rsidR="002F30CE" w:rsidRPr="00063BC5" w:rsidRDefault="002F30CE" w:rsidP="00917ED2">
            <w:pPr>
              <w:spacing w:line="500" w:lineRule="exact"/>
              <w:jc w:val="center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proofErr w:type="spellStart"/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活動地點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12AE" w14:textId="1E4C0057" w:rsidR="002F30CE" w:rsidRPr="00063BC5" w:rsidRDefault="002F30CE" w:rsidP="00917ED2">
            <w:pPr>
              <w:spacing w:line="500" w:lineRule="exact"/>
              <w:jc w:val="both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  <w:lang w:eastAsia="zh-TW"/>
              </w:rPr>
              <w:t>本校游泳池</w:t>
            </w:r>
          </w:p>
        </w:tc>
      </w:tr>
      <w:tr w:rsidR="002F30CE" w:rsidRPr="00063BC5" w14:paraId="1A69265F" w14:textId="77777777" w:rsidTr="002F03FF">
        <w:trPr>
          <w:trHeight w:val="1386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B4CA" w14:textId="77777777" w:rsidR="002F30CE" w:rsidRPr="00063BC5" w:rsidRDefault="002F30CE" w:rsidP="00917ED2">
            <w:pPr>
              <w:spacing w:line="500" w:lineRule="exact"/>
              <w:jc w:val="center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proofErr w:type="spellStart"/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家長簽章</w:t>
            </w:r>
            <w:proofErr w:type="spellEnd"/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8A1E" w14:textId="77777777" w:rsidR="002F30CE" w:rsidRPr="00063BC5" w:rsidRDefault="002F30CE" w:rsidP="00917ED2">
            <w:pPr>
              <w:spacing w:line="500" w:lineRule="exact"/>
              <w:jc w:val="both"/>
              <w:rPr>
                <w:rFonts w:ascii="微軟正黑體 Light" w:eastAsia="微軟正黑體 Light" w:hAnsi="微軟正黑體 Light"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677B" w14:textId="77777777" w:rsidR="002F30CE" w:rsidRPr="00063BC5" w:rsidRDefault="002F30CE" w:rsidP="00917ED2">
            <w:pPr>
              <w:spacing w:line="500" w:lineRule="exact"/>
              <w:jc w:val="both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proofErr w:type="spellStart"/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家長聯繫電話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B792" w14:textId="77777777" w:rsidR="002F30CE" w:rsidRPr="00063BC5" w:rsidRDefault="002F30CE" w:rsidP="00917ED2">
            <w:pPr>
              <w:spacing w:line="500" w:lineRule="exact"/>
              <w:jc w:val="both"/>
              <w:rPr>
                <w:rFonts w:ascii="微軟正黑體 Light" w:eastAsia="微軟正黑體 Light" w:hAnsi="微軟正黑體 Light"/>
                <w:sz w:val="28"/>
                <w:szCs w:val="28"/>
              </w:rPr>
            </w:pPr>
          </w:p>
        </w:tc>
      </w:tr>
      <w:tr w:rsidR="002F30CE" w:rsidRPr="00063BC5" w14:paraId="4991F8AC" w14:textId="77777777" w:rsidTr="002F30CE">
        <w:trPr>
          <w:trHeight w:val="1266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C52E" w14:textId="77777777" w:rsidR="002F30CE" w:rsidRPr="00063BC5" w:rsidRDefault="002F30CE" w:rsidP="00917ED2">
            <w:pPr>
              <w:spacing w:line="500" w:lineRule="exact"/>
              <w:jc w:val="center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proofErr w:type="spellStart"/>
            <w:r w:rsidRPr="00063BC5">
              <w:rPr>
                <w:rFonts w:ascii="微軟正黑體 Light" w:eastAsia="微軟正黑體 Light" w:hAnsi="微軟正黑體 Light"/>
                <w:sz w:val="28"/>
                <w:szCs w:val="28"/>
              </w:rPr>
              <w:t>導師</w:t>
            </w: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簽名</w:t>
            </w:r>
            <w:proofErr w:type="spellEnd"/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582B" w14:textId="77777777" w:rsidR="002F30CE" w:rsidRPr="00063BC5" w:rsidRDefault="002F30CE" w:rsidP="00917ED2">
            <w:pPr>
              <w:spacing w:line="500" w:lineRule="exact"/>
              <w:ind w:leftChars="34" w:left="82" w:firstLineChars="30" w:firstLine="84"/>
              <w:rPr>
                <w:rFonts w:ascii="微軟正黑體 Light" w:eastAsia="微軟正黑體 Light" w:hAnsi="微軟正黑體 Light"/>
                <w:sz w:val="28"/>
                <w:szCs w:val="28"/>
                <w:u w:val="single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3705" w14:textId="77777777" w:rsidR="002F30CE" w:rsidRPr="00063BC5" w:rsidRDefault="002F30CE" w:rsidP="00917ED2">
            <w:pPr>
              <w:spacing w:line="500" w:lineRule="exact"/>
              <w:jc w:val="center"/>
              <w:rPr>
                <w:rFonts w:ascii="微軟正黑體 Light" w:eastAsia="微軟正黑體 Light" w:hAnsi="微軟正黑體 Light"/>
                <w:sz w:val="28"/>
                <w:szCs w:val="28"/>
              </w:rPr>
            </w:pPr>
            <w:r w:rsidRPr="00063BC5">
              <w:rPr>
                <w:rFonts w:ascii="微軟正黑體 Light" w:eastAsia="微軟正黑體 Light" w:hAnsi="微軟正黑體 Light" w:hint="eastAsia"/>
                <w:sz w:val="28"/>
                <w:szCs w:val="28"/>
              </w:rPr>
              <w:t>備 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AD01" w14:textId="69E7D082" w:rsidR="002F30CE" w:rsidRPr="00063BC5" w:rsidRDefault="00063BC5" w:rsidP="00917ED2">
            <w:pPr>
              <w:spacing w:line="500" w:lineRule="exact"/>
              <w:ind w:leftChars="34" w:left="82" w:firstLineChars="30" w:firstLine="66"/>
              <w:rPr>
                <w:rFonts w:ascii="微軟正黑體 Light" w:eastAsia="微軟正黑體 Light" w:hAnsi="微軟正黑體 Light"/>
                <w:sz w:val="28"/>
                <w:szCs w:val="28"/>
                <w:u w:val="single"/>
                <w:lang w:eastAsia="zh-TW"/>
              </w:rPr>
            </w:pPr>
            <w:r w:rsidRPr="00063BC5">
              <w:rPr>
                <w:rFonts w:ascii="微軟正黑體 Light" w:eastAsia="微軟正黑體 Light" w:hAnsi="微軟正黑體 Light"/>
                <w:color w:val="1F1F1F"/>
                <w:sz w:val="22"/>
                <w:shd w:val="clear" w:color="auto" w:fill="FFFFFF"/>
                <w:lang w:eastAsia="zh-TW"/>
              </w:rPr>
              <w:t>請同學</w:t>
            </w:r>
            <w:proofErr w:type="gramStart"/>
            <w:r w:rsidRPr="00063BC5">
              <w:rPr>
                <w:rFonts w:ascii="微軟正黑體 Light" w:eastAsia="微軟正黑體 Light" w:hAnsi="微軟正黑體 Light"/>
                <w:color w:val="1F1F1F"/>
                <w:sz w:val="22"/>
                <w:shd w:val="clear" w:color="auto" w:fill="FFFFFF"/>
                <w:lang w:eastAsia="zh-TW"/>
              </w:rPr>
              <w:t>勿</w:t>
            </w:r>
            <w:proofErr w:type="gramEnd"/>
            <w:r w:rsidRPr="00063BC5">
              <w:rPr>
                <w:rFonts w:ascii="微軟正黑體 Light" w:eastAsia="微軟正黑體 Light" w:hAnsi="微軟正黑體 Light"/>
                <w:color w:val="1F1F1F"/>
                <w:sz w:val="22"/>
                <w:shd w:val="clear" w:color="auto" w:fill="FFFFFF"/>
                <w:lang w:eastAsia="zh-TW"/>
              </w:rPr>
              <w:t>報名後缺席。</w:t>
            </w:r>
          </w:p>
        </w:tc>
      </w:tr>
    </w:tbl>
    <w:bookmarkEnd w:id="0"/>
    <w:p w14:paraId="578DCFEA" w14:textId="67A7553F" w:rsidR="002F30CE" w:rsidRPr="00063BC5" w:rsidRDefault="002F30CE" w:rsidP="00063BC5">
      <w:pPr>
        <w:spacing w:line="540" w:lineRule="exact"/>
        <w:rPr>
          <w:rFonts w:ascii="微軟正黑體 Light" w:eastAsia="微軟正黑體 Light" w:hAnsi="微軟正黑體 Light"/>
          <w:sz w:val="28"/>
          <w:szCs w:val="24"/>
          <w:lang w:eastAsia="zh-TW"/>
        </w:rPr>
      </w:pPr>
      <w:r w:rsidRPr="00063BC5">
        <w:rPr>
          <w:rFonts w:ascii="微軟正黑體 Light" w:eastAsia="微軟正黑體 Light" w:hAnsi="微軟正黑體 Light" w:hint="eastAsia"/>
          <w:lang w:eastAsia="zh-TW"/>
        </w:rPr>
        <w:t xml:space="preserve">    </w:t>
      </w:r>
      <w:r w:rsidRPr="00063BC5">
        <w:rPr>
          <w:rFonts w:ascii="微軟正黑體 Light" w:eastAsia="微軟正黑體 Light" w:hAnsi="微軟正黑體 Light"/>
          <w:sz w:val="28"/>
          <w:szCs w:val="24"/>
          <w:lang w:eastAsia="zh-TW"/>
        </w:rPr>
        <w:t>本人同意子女參加「SUP育樂營講座」活動，並已詳閱活動課程計畫與相關注意事項，願配合學校活動規範與安全管理措施。本人了解本活動為水域體驗課程，活動期間學生需遵守授課教師及教練指導，全程配戴救生裝備，並注意自身安全。如有特殊身體狀況、疾病或其他需特別注意事項，主動告知學校，以利活動安全進行。</w:t>
      </w:r>
      <w:r w:rsidRPr="00063BC5">
        <w:rPr>
          <w:rFonts w:ascii="微軟正黑體 Light" w:eastAsia="微軟正黑體 Light" w:hAnsi="微軟正黑體 Light"/>
          <w:sz w:val="28"/>
          <w:szCs w:val="24"/>
          <w:lang w:eastAsia="zh-TW"/>
        </w:rPr>
        <w:br/>
      </w:r>
      <w:r w:rsidR="002F03FF" w:rsidRPr="00063BC5">
        <w:rPr>
          <w:rFonts w:ascii="微軟正黑體 Light" w:eastAsia="微軟正黑體 Light" w:hAnsi="微軟正黑體 Light"/>
          <w:i/>
          <w:color w:val="FF0000"/>
          <w:sz w:val="28"/>
          <w:szCs w:val="24"/>
          <w:lang w:eastAsia="zh-TW"/>
        </w:rPr>
        <w:t>※ 請於報名期限</w:t>
      </w:r>
      <w:r w:rsidR="00063BC5">
        <w:rPr>
          <w:rFonts w:ascii="微軟正黑體 Light" w:eastAsia="微軟正黑體 Light" w:hAnsi="微軟正黑體 Light" w:hint="eastAsia"/>
          <w:i/>
          <w:color w:val="FF0000"/>
          <w:sz w:val="28"/>
          <w:szCs w:val="24"/>
          <w:lang w:eastAsia="zh-TW"/>
        </w:rPr>
        <w:t>5/29前</w:t>
      </w:r>
      <w:r w:rsidR="002F03FF" w:rsidRPr="00063BC5">
        <w:rPr>
          <w:rFonts w:ascii="微軟正黑體 Light" w:eastAsia="微軟正黑體 Light" w:hAnsi="微軟正黑體 Light"/>
          <w:i/>
          <w:color w:val="FF0000"/>
          <w:sz w:val="28"/>
          <w:szCs w:val="24"/>
          <w:lang w:eastAsia="zh-TW"/>
        </w:rPr>
        <w:t>繳交本同意書，始完成活動報名程序。</w:t>
      </w:r>
    </w:p>
    <w:p w14:paraId="7C30A1E9" w14:textId="0E204534" w:rsidR="00A338A5" w:rsidRPr="00063BC5" w:rsidRDefault="002F30CE" w:rsidP="002F30CE">
      <w:pPr>
        <w:jc w:val="distribute"/>
        <w:rPr>
          <w:rFonts w:ascii="微軟正黑體 Light" w:eastAsia="微軟正黑體 Light" w:hAnsi="微軟正黑體 Light"/>
          <w:iCs/>
          <w:sz w:val="28"/>
          <w:szCs w:val="24"/>
          <w:lang w:eastAsia="zh-TW"/>
        </w:rPr>
      </w:pPr>
      <w:r w:rsidRPr="00063BC5">
        <w:rPr>
          <w:rFonts w:ascii="微軟正黑體 Light" w:eastAsia="微軟正黑體 Light" w:hAnsi="微軟正黑體 Light" w:hint="eastAsia"/>
          <w:iCs/>
          <w:sz w:val="28"/>
          <w:szCs w:val="24"/>
          <w:lang w:eastAsia="zh-TW"/>
        </w:rPr>
        <w:t>中</w:t>
      </w:r>
      <w:r w:rsidRPr="00063BC5">
        <w:rPr>
          <w:rFonts w:ascii="微軟正黑體 Light" w:eastAsia="微軟正黑體 Light" w:hAnsi="微軟正黑體 Light"/>
          <w:iCs/>
          <w:sz w:val="28"/>
          <w:szCs w:val="24"/>
          <w:lang w:eastAsia="zh-TW"/>
        </w:rPr>
        <w:t>華民國　　　　年　　　　月　　　　日</w:t>
      </w:r>
    </w:p>
    <w:sectPr w:rsidR="00A338A5" w:rsidRPr="00063BC5" w:rsidSect="002F30CE">
      <w:pgSz w:w="12240" w:h="15840"/>
      <w:pgMar w:top="12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0EA85" w14:textId="77777777" w:rsidR="00CD2F26" w:rsidRDefault="00CD2F26" w:rsidP="00063BC5">
      <w:pPr>
        <w:spacing w:after="0" w:line="240" w:lineRule="auto"/>
      </w:pPr>
      <w:r>
        <w:separator/>
      </w:r>
    </w:p>
  </w:endnote>
  <w:endnote w:type="continuationSeparator" w:id="0">
    <w:p w14:paraId="007B621A" w14:textId="77777777" w:rsidR="00CD2F26" w:rsidRDefault="00CD2F26" w:rsidP="0006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4FC5A" w14:textId="77777777" w:rsidR="00CD2F26" w:rsidRDefault="00CD2F26" w:rsidP="00063BC5">
      <w:pPr>
        <w:spacing w:after="0" w:line="240" w:lineRule="auto"/>
      </w:pPr>
      <w:r>
        <w:separator/>
      </w:r>
    </w:p>
  </w:footnote>
  <w:footnote w:type="continuationSeparator" w:id="0">
    <w:p w14:paraId="24CF9FEE" w14:textId="77777777" w:rsidR="00CD2F26" w:rsidRDefault="00CD2F26" w:rsidP="00063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BC5"/>
    <w:rsid w:val="0015074B"/>
    <w:rsid w:val="0029639D"/>
    <w:rsid w:val="002F03FF"/>
    <w:rsid w:val="002F30CE"/>
    <w:rsid w:val="00326F90"/>
    <w:rsid w:val="00A338A5"/>
    <w:rsid w:val="00AA1D8D"/>
    <w:rsid w:val="00B47730"/>
    <w:rsid w:val="00CB0664"/>
    <w:rsid w:val="00CD2F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231895"/>
  <w14:defaultImageDpi w14:val="300"/>
  <w15:docId w15:val="{7B386426-0283-4AE6-B9F3-4274ED96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慧貞 洪</cp:lastModifiedBy>
  <cp:revision>4</cp:revision>
  <cp:lastPrinted>2026-05-27T06:30:00Z</cp:lastPrinted>
  <dcterms:created xsi:type="dcterms:W3CDTF">2026-05-27T06:21:00Z</dcterms:created>
  <dcterms:modified xsi:type="dcterms:W3CDTF">2026-05-27T06:30:00Z</dcterms:modified>
  <cp:category/>
</cp:coreProperties>
</file>