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330DD" w14:textId="43DCC117" w:rsidR="00F258E6" w:rsidRPr="00945D7E" w:rsidRDefault="00945D7E" w:rsidP="00945D7E">
      <w:pPr>
        <w:spacing w:after="0"/>
        <w:jc w:val="center"/>
        <w:rPr>
          <w:color w:val="002060"/>
          <w:lang w:eastAsia="zh-TW"/>
        </w:rPr>
      </w:pPr>
      <w:r w:rsidRPr="00945D7E">
        <w:rPr>
          <w:b/>
          <w:color w:val="002060"/>
          <w:sz w:val="40"/>
          <w:lang w:eastAsia="zh-TW"/>
        </w:rPr>
        <w:t>115</w:t>
      </w:r>
      <w:r w:rsidRPr="00945D7E">
        <w:rPr>
          <w:rFonts w:hint="eastAsia"/>
          <w:b/>
          <w:color w:val="002060"/>
          <w:sz w:val="40"/>
          <w:lang w:eastAsia="zh-TW"/>
        </w:rPr>
        <w:t>年</w:t>
      </w:r>
      <w:r w:rsidRPr="00945D7E">
        <w:rPr>
          <w:b/>
          <w:color w:val="002060"/>
          <w:sz w:val="40"/>
          <w:lang w:eastAsia="zh-TW"/>
        </w:rPr>
        <w:t>桃園市政府青年事務局「年度社團大使」選拔</w:t>
      </w:r>
      <w:r w:rsidRPr="00945D7E">
        <w:rPr>
          <w:rFonts w:hint="eastAsia"/>
          <w:b/>
          <w:color w:val="002060"/>
          <w:sz w:val="40"/>
          <w:lang w:eastAsia="zh-TW"/>
        </w:rPr>
        <w:t>報名</w:t>
      </w:r>
      <w:r w:rsidRPr="00945D7E">
        <w:rPr>
          <w:b/>
          <w:color w:val="002060"/>
          <w:sz w:val="40"/>
          <w:lang w:eastAsia="zh-TW"/>
        </w:rPr>
        <w:t>表</w:t>
      </w:r>
    </w:p>
    <w:p w14:paraId="78B21213" w14:textId="09DF77B1" w:rsidR="00F258E6" w:rsidRDefault="00000000" w:rsidP="00906721">
      <w:pPr>
        <w:pStyle w:val="1"/>
        <w:numPr>
          <w:ilvl w:val="0"/>
          <w:numId w:val="12"/>
        </w:numPr>
        <w:rPr>
          <w:rFonts w:ascii="微軟正黑體" w:hAnsi="微軟正黑體"/>
          <w:lang w:eastAsia="zh-TW"/>
        </w:rPr>
      </w:pPr>
      <w:proofErr w:type="spellStart"/>
      <w:r w:rsidRPr="00945D7E">
        <w:rPr>
          <w:rFonts w:ascii="微軟正黑體" w:hAnsi="微軟正黑體"/>
        </w:rPr>
        <w:t>基本資料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523"/>
        <w:gridCol w:w="4238"/>
        <w:gridCol w:w="2695"/>
      </w:tblGrid>
      <w:tr w:rsidR="002610F6" w:rsidRPr="00FD673F" w14:paraId="2A6830AC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4EBC9545" w14:textId="77777777" w:rsidR="002610F6" w:rsidRPr="00130828" w:rsidRDefault="002610F6" w:rsidP="0006122C">
            <w:pPr>
              <w:rPr>
                <w:b/>
                <w:bCs/>
                <w:szCs w:val="24"/>
                <w:lang w:eastAsia="zh-TW"/>
              </w:rPr>
            </w:pPr>
            <w:r w:rsidRPr="00130828">
              <w:rPr>
                <w:rFonts w:hint="eastAsia"/>
                <w:b/>
                <w:bCs/>
                <w:szCs w:val="24"/>
                <w:lang w:eastAsia="zh-TW"/>
              </w:rPr>
              <w:t>姓名</w:t>
            </w:r>
          </w:p>
        </w:tc>
        <w:tc>
          <w:tcPr>
            <w:tcW w:w="4252" w:type="dxa"/>
            <w:vAlign w:val="center"/>
          </w:tcPr>
          <w:p w14:paraId="33B75042" w14:textId="77777777" w:rsidR="002610F6" w:rsidRPr="00FD673F" w:rsidRDefault="002610F6" w:rsidP="0006122C">
            <w:pPr>
              <w:jc w:val="both"/>
              <w:rPr>
                <w:szCs w:val="24"/>
                <w:lang w:eastAsia="zh-TW"/>
              </w:rPr>
            </w:pPr>
          </w:p>
        </w:tc>
        <w:tc>
          <w:tcPr>
            <w:tcW w:w="2706" w:type="dxa"/>
            <w:vMerge w:val="restart"/>
            <w:vAlign w:val="center"/>
          </w:tcPr>
          <w:p w14:paraId="1A8EC5CD" w14:textId="77777777" w:rsidR="002610F6" w:rsidRPr="00E845B1" w:rsidRDefault="002610F6" w:rsidP="0006122C">
            <w:pPr>
              <w:jc w:val="center"/>
              <w:rPr>
                <w:color w:val="808080" w:themeColor="background1" w:themeShade="80"/>
                <w:szCs w:val="24"/>
                <w:lang w:eastAsia="zh-TW"/>
              </w:rPr>
            </w:pPr>
            <w:r w:rsidRPr="00E845B1">
              <w:rPr>
                <w:color w:val="808080" w:themeColor="background1" w:themeShade="80"/>
                <w:szCs w:val="24"/>
                <w:lang w:eastAsia="zh-TW"/>
              </w:rPr>
              <w:t>請附最近二吋半身</w:t>
            </w:r>
          </w:p>
          <w:p w14:paraId="72470A6F" w14:textId="77777777" w:rsidR="002610F6" w:rsidRPr="00FD673F" w:rsidRDefault="002610F6" w:rsidP="0006122C">
            <w:pPr>
              <w:jc w:val="center"/>
              <w:rPr>
                <w:szCs w:val="24"/>
                <w:lang w:eastAsia="zh-TW"/>
              </w:rPr>
            </w:pPr>
            <w:r w:rsidRPr="00E845B1">
              <w:rPr>
                <w:color w:val="808080" w:themeColor="background1" w:themeShade="80"/>
                <w:szCs w:val="24"/>
                <w:lang w:eastAsia="zh-TW"/>
              </w:rPr>
              <w:t>正面脫帽彩色照片</w:t>
            </w:r>
          </w:p>
        </w:tc>
      </w:tr>
      <w:tr w:rsidR="002610F6" w:rsidRPr="00FD673F" w14:paraId="52E7A121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7A2002FC" w14:textId="77777777" w:rsidR="002610F6" w:rsidRPr="00FD673F" w:rsidRDefault="002610F6" w:rsidP="0006122C">
            <w:pPr>
              <w:rPr>
                <w:b/>
                <w:szCs w:val="24"/>
              </w:rPr>
            </w:pPr>
            <w:r w:rsidRPr="00FD673F">
              <w:rPr>
                <w:rFonts w:hint="eastAsia"/>
                <w:b/>
                <w:szCs w:val="24"/>
                <w:lang w:eastAsia="zh-TW"/>
              </w:rPr>
              <w:t>性別</w:t>
            </w:r>
          </w:p>
        </w:tc>
        <w:tc>
          <w:tcPr>
            <w:tcW w:w="4252" w:type="dxa"/>
            <w:vAlign w:val="center"/>
          </w:tcPr>
          <w:p w14:paraId="391F68D8" w14:textId="77777777" w:rsidR="002610F6" w:rsidRPr="007003BE" w:rsidRDefault="002610F6" w:rsidP="0006122C">
            <w:pPr>
              <w:jc w:val="both"/>
              <w:rPr>
                <w:rFonts w:ascii="Segoe UI Symbol" w:eastAsia="Segoe UI Symbol" w:hAnsi="Segoe UI Symbol"/>
                <w:szCs w:val="24"/>
                <w:lang w:eastAsia="zh-TW"/>
              </w:rPr>
            </w:pPr>
            <w:r>
              <w:rPr>
                <w:rFonts w:ascii="Segoe UI Symbol" w:hAnsi="Segoe UI Symbol" w:cs="ƒC≤c—"/>
                <w:szCs w:val="24"/>
              </w:rPr>
              <w:t>☐</w:t>
            </w:r>
            <w:r>
              <w:rPr>
                <w:rFonts w:ascii="Segoe UI Symbol" w:hAnsi="Segoe UI Symbol" w:cs="ƒC≤c—" w:hint="eastAsia"/>
                <w:szCs w:val="24"/>
                <w:lang w:eastAsia="zh-TW"/>
              </w:rPr>
              <w:t>生理男</w:t>
            </w:r>
            <w:r>
              <w:rPr>
                <w:rFonts w:cs="ƒC≤c—" w:hint="eastAsia"/>
                <w:szCs w:val="24"/>
                <w:lang w:eastAsia="zh-TW"/>
              </w:rPr>
              <w:t xml:space="preserve"> </w:t>
            </w:r>
            <w:r>
              <w:rPr>
                <w:rFonts w:ascii="Segoe UI Symbol" w:eastAsia="Segoe UI Symbol" w:hAnsi="Segoe UI Symbol" w:cs="ƒC≤c—" w:hint="eastAsia"/>
                <w:szCs w:val="24"/>
                <w:lang w:eastAsia="zh-TW"/>
              </w:rPr>
              <w:t>☐</w:t>
            </w:r>
            <w:r>
              <w:rPr>
                <w:rFonts w:cs="微軟正黑體" w:hint="eastAsia"/>
                <w:szCs w:val="24"/>
                <w:lang w:eastAsia="zh-TW"/>
              </w:rPr>
              <w:t>生理女</w:t>
            </w:r>
          </w:p>
        </w:tc>
        <w:tc>
          <w:tcPr>
            <w:tcW w:w="2706" w:type="dxa"/>
            <w:vMerge/>
            <w:vAlign w:val="center"/>
          </w:tcPr>
          <w:p w14:paraId="05060482" w14:textId="77777777" w:rsidR="002610F6" w:rsidRPr="00FD673F" w:rsidRDefault="002610F6" w:rsidP="0006122C">
            <w:pPr>
              <w:jc w:val="both"/>
              <w:rPr>
                <w:szCs w:val="24"/>
                <w:lang w:eastAsia="zh-TW"/>
              </w:rPr>
            </w:pPr>
          </w:p>
        </w:tc>
      </w:tr>
      <w:tr w:rsidR="002610F6" w:rsidRPr="00FD673F" w14:paraId="0734E4E8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1B1D47C8" w14:textId="77777777" w:rsidR="002610F6" w:rsidRPr="00FD673F" w:rsidRDefault="002610F6" w:rsidP="0006122C">
            <w:pPr>
              <w:rPr>
                <w:b/>
                <w:szCs w:val="24"/>
                <w:lang w:eastAsia="zh-TW"/>
              </w:rPr>
            </w:pPr>
            <w:r w:rsidRPr="00FD673F">
              <w:rPr>
                <w:rFonts w:hint="eastAsia"/>
                <w:b/>
                <w:szCs w:val="24"/>
                <w:lang w:eastAsia="zh-TW"/>
              </w:rPr>
              <w:t>出生年月日</w:t>
            </w:r>
          </w:p>
        </w:tc>
        <w:tc>
          <w:tcPr>
            <w:tcW w:w="4252" w:type="dxa"/>
            <w:vAlign w:val="center"/>
          </w:tcPr>
          <w:p w14:paraId="4D57807F" w14:textId="77777777" w:rsidR="002610F6" w:rsidRPr="00FD673F" w:rsidRDefault="002610F6" w:rsidP="0006122C">
            <w:pPr>
              <w:jc w:val="both"/>
              <w:rPr>
                <w:rFonts w:cs="ƒC≤c—"/>
                <w:szCs w:val="24"/>
                <w:lang w:eastAsia="zh-TW"/>
              </w:rPr>
            </w:pPr>
            <w:r w:rsidRPr="00FD673F">
              <w:rPr>
                <w:rFonts w:cs="ƒC≤c—"/>
                <w:szCs w:val="24"/>
                <w:lang w:eastAsia="zh-TW"/>
              </w:rPr>
              <w:t>民國</w:t>
            </w:r>
            <w:r w:rsidRPr="00FD673F">
              <w:rPr>
                <w:rFonts w:cs="ƒC≤c—" w:hint="eastAsia"/>
                <w:szCs w:val="24"/>
                <w:lang w:eastAsia="zh-TW"/>
              </w:rPr>
              <w:t xml:space="preserve">        </w:t>
            </w:r>
            <w:r w:rsidRPr="00FD673F">
              <w:rPr>
                <w:rFonts w:cs="微軟正黑體" w:hint="eastAsia"/>
                <w:szCs w:val="24"/>
                <w:lang w:eastAsia="zh-TW"/>
              </w:rPr>
              <w:t xml:space="preserve">年       </w:t>
            </w:r>
            <w:r w:rsidRPr="00FD673F">
              <w:rPr>
                <w:rFonts w:cs="ƒC≤c—"/>
                <w:szCs w:val="24"/>
                <w:lang w:eastAsia="zh-TW"/>
              </w:rPr>
              <w:t>月</w:t>
            </w:r>
            <w:r w:rsidRPr="00FD673F">
              <w:rPr>
                <w:rFonts w:cs="ƒC≤c—" w:hint="eastAsia"/>
                <w:szCs w:val="24"/>
                <w:lang w:eastAsia="zh-TW"/>
              </w:rPr>
              <w:t xml:space="preserve">        </w:t>
            </w:r>
            <w:r w:rsidRPr="00FD673F">
              <w:rPr>
                <w:rFonts w:cs="ƒC≤c—"/>
                <w:szCs w:val="24"/>
                <w:lang w:eastAsia="zh-TW"/>
              </w:rPr>
              <w:t>日</w:t>
            </w:r>
          </w:p>
        </w:tc>
        <w:tc>
          <w:tcPr>
            <w:tcW w:w="2706" w:type="dxa"/>
            <w:vMerge/>
            <w:vAlign w:val="center"/>
          </w:tcPr>
          <w:p w14:paraId="30E974DC" w14:textId="77777777" w:rsidR="002610F6" w:rsidRPr="00FD673F" w:rsidRDefault="002610F6" w:rsidP="0006122C">
            <w:pPr>
              <w:jc w:val="both"/>
              <w:rPr>
                <w:rFonts w:cs="ƒC≤c—"/>
                <w:szCs w:val="24"/>
                <w:lang w:eastAsia="zh-TW"/>
              </w:rPr>
            </w:pPr>
          </w:p>
        </w:tc>
      </w:tr>
      <w:tr w:rsidR="002610F6" w:rsidRPr="00FD673F" w14:paraId="5FF51DDF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133E489D" w14:textId="77777777" w:rsidR="002610F6" w:rsidRPr="00FD673F" w:rsidRDefault="002610F6" w:rsidP="0006122C">
            <w:pPr>
              <w:rPr>
                <w:szCs w:val="24"/>
              </w:rPr>
            </w:pPr>
            <w:r w:rsidRPr="00FD673F">
              <w:rPr>
                <w:b/>
                <w:szCs w:val="24"/>
              </w:rPr>
              <w:t>就讀學校</w:t>
            </w:r>
          </w:p>
        </w:tc>
        <w:tc>
          <w:tcPr>
            <w:tcW w:w="4252" w:type="dxa"/>
            <w:vAlign w:val="center"/>
          </w:tcPr>
          <w:p w14:paraId="57746894" w14:textId="77777777" w:rsidR="002610F6" w:rsidRPr="00FD673F" w:rsidRDefault="002610F6" w:rsidP="0006122C">
            <w:pPr>
              <w:jc w:val="both"/>
              <w:rPr>
                <w:szCs w:val="24"/>
                <w:lang w:eastAsia="zh-TW"/>
              </w:rPr>
            </w:pPr>
          </w:p>
        </w:tc>
        <w:tc>
          <w:tcPr>
            <w:tcW w:w="2706" w:type="dxa"/>
            <w:vMerge/>
            <w:vAlign w:val="center"/>
          </w:tcPr>
          <w:p w14:paraId="27DCE2CA" w14:textId="77777777" w:rsidR="002610F6" w:rsidRPr="00FD673F" w:rsidRDefault="002610F6" w:rsidP="0006122C">
            <w:pPr>
              <w:jc w:val="both"/>
              <w:rPr>
                <w:szCs w:val="24"/>
                <w:lang w:eastAsia="zh-TW"/>
              </w:rPr>
            </w:pPr>
          </w:p>
        </w:tc>
      </w:tr>
      <w:tr w:rsidR="002610F6" w:rsidRPr="00FD673F" w14:paraId="49DAE38D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5987E095" w14:textId="77777777" w:rsidR="002610F6" w:rsidRPr="00FD673F" w:rsidRDefault="002610F6" w:rsidP="0006122C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年級/科系</w:t>
            </w:r>
          </w:p>
        </w:tc>
        <w:tc>
          <w:tcPr>
            <w:tcW w:w="4252" w:type="dxa"/>
            <w:vAlign w:val="center"/>
          </w:tcPr>
          <w:p w14:paraId="4CBF9589" w14:textId="77777777" w:rsidR="002610F6" w:rsidRPr="00FD673F" w:rsidRDefault="002610F6" w:rsidP="0006122C">
            <w:pPr>
              <w:jc w:val="both"/>
              <w:rPr>
                <w:szCs w:val="24"/>
                <w:lang w:eastAsia="zh-TW"/>
              </w:rPr>
            </w:pPr>
          </w:p>
        </w:tc>
        <w:tc>
          <w:tcPr>
            <w:tcW w:w="2706" w:type="dxa"/>
            <w:vMerge/>
            <w:vAlign w:val="center"/>
          </w:tcPr>
          <w:p w14:paraId="6CD887B4" w14:textId="77777777" w:rsidR="002610F6" w:rsidRPr="00FD673F" w:rsidRDefault="002610F6" w:rsidP="0006122C">
            <w:pPr>
              <w:jc w:val="both"/>
              <w:rPr>
                <w:szCs w:val="24"/>
                <w:lang w:eastAsia="zh-TW"/>
              </w:rPr>
            </w:pPr>
          </w:p>
        </w:tc>
      </w:tr>
      <w:tr w:rsidR="002830CA" w:rsidRPr="00FD673F" w14:paraId="3EE93524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6D5865EC" w14:textId="3CEC1445" w:rsidR="002830CA" w:rsidRDefault="002830CA" w:rsidP="002830CA">
            <w:pPr>
              <w:rPr>
                <w:b/>
                <w:szCs w:val="24"/>
                <w:lang w:eastAsia="zh-TW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聯絡電話</w:t>
            </w:r>
          </w:p>
        </w:tc>
        <w:tc>
          <w:tcPr>
            <w:tcW w:w="4252" w:type="dxa"/>
            <w:vAlign w:val="center"/>
          </w:tcPr>
          <w:p w14:paraId="734AF66F" w14:textId="77777777" w:rsidR="002830CA" w:rsidRPr="00FD673F" w:rsidRDefault="002830CA" w:rsidP="002830CA">
            <w:pPr>
              <w:jc w:val="both"/>
              <w:rPr>
                <w:szCs w:val="24"/>
                <w:lang w:eastAsia="zh-TW"/>
              </w:rPr>
            </w:pPr>
          </w:p>
        </w:tc>
        <w:tc>
          <w:tcPr>
            <w:tcW w:w="2706" w:type="dxa"/>
            <w:vMerge/>
            <w:vAlign w:val="center"/>
          </w:tcPr>
          <w:p w14:paraId="1DDCE927" w14:textId="77777777" w:rsidR="002830CA" w:rsidRPr="00FD673F" w:rsidRDefault="002830CA" w:rsidP="002830CA">
            <w:pPr>
              <w:jc w:val="both"/>
              <w:rPr>
                <w:szCs w:val="24"/>
                <w:lang w:eastAsia="zh-TW"/>
              </w:rPr>
            </w:pPr>
          </w:p>
        </w:tc>
      </w:tr>
      <w:tr w:rsidR="002830CA" w:rsidRPr="00FD673F" w14:paraId="3C19E28C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13A873DB" w14:textId="47D26D43" w:rsidR="002830CA" w:rsidRDefault="002830CA" w:rsidP="002830CA">
            <w:pPr>
              <w:rPr>
                <w:b/>
                <w:szCs w:val="24"/>
                <w:lang w:eastAsia="zh-TW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電子信箱</w:t>
            </w:r>
          </w:p>
        </w:tc>
        <w:tc>
          <w:tcPr>
            <w:tcW w:w="4252" w:type="dxa"/>
            <w:vAlign w:val="center"/>
          </w:tcPr>
          <w:p w14:paraId="407160DD" w14:textId="77777777" w:rsidR="002830CA" w:rsidRPr="00FD673F" w:rsidRDefault="002830CA" w:rsidP="002830CA">
            <w:pPr>
              <w:jc w:val="both"/>
              <w:rPr>
                <w:szCs w:val="24"/>
                <w:lang w:eastAsia="zh-TW"/>
              </w:rPr>
            </w:pPr>
          </w:p>
        </w:tc>
        <w:tc>
          <w:tcPr>
            <w:tcW w:w="2706" w:type="dxa"/>
            <w:vMerge/>
            <w:vAlign w:val="center"/>
          </w:tcPr>
          <w:p w14:paraId="589DE2FD" w14:textId="77777777" w:rsidR="002830CA" w:rsidRPr="00FD673F" w:rsidRDefault="002830CA" w:rsidP="002830CA">
            <w:pPr>
              <w:jc w:val="both"/>
              <w:rPr>
                <w:szCs w:val="24"/>
                <w:lang w:eastAsia="zh-TW"/>
              </w:rPr>
            </w:pPr>
          </w:p>
        </w:tc>
      </w:tr>
      <w:tr w:rsidR="002830CA" w:rsidRPr="00FD673F" w14:paraId="1589F043" w14:textId="77777777" w:rsidTr="0006122C">
        <w:trPr>
          <w:jc w:val="center"/>
        </w:trPr>
        <w:tc>
          <w:tcPr>
            <w:tcW w:w="3545" w:type="dxa"/>
            <w:shd w:val="clear" w:color="auto" w:fill="D9EAF2"/>
            <w:vAlign w:val="center"/>
          </w:tcPr>
          <w:p w14:paraId="1E4CD21A" w14:textId="217AE5FD" w:rsidR="002830CA" w:rsidRDefault="008E4D44" w:rsidP="002830CA">
            <w:pPr>
              <w:rPr>
                <w:b/>
                <w:szCs w:val="24"/>
                <w:lang w:eastAsia="zh-TW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社團事務專長</w:t>
            </w:r>
            <w:r>
              <w:rPr>
                <w:b/>
                <w:szCs w:val="24"/>
                <w:lang w:eastAsia="zh-TW"/>
              </w:rPr>
              <w:t>(</w:t>
            </w:r>
            <w:r>
              <w:rPr>
                <w:rFonts w:hint="eastAsia"/>
                <w:b/>
                <w:szCs w:val="24"/>
                <w:lang w:eastAsia="zh-TW"/>
              </w:rPr>
              <w:t>可複選</w:t>
            </w:r>
            <w:r>
              <w:rPr>
                <w:b/>
                <w:szCs w:val="24"/>
                <w:lang w:eastAsia="zh-TW"/>
              </w:rPr>
              <w:t>)</w:t>
            </w:r>
          </w:p>
        </w:tc>
        <w:tc>
          <w:tcPr>
            <w:tcW w:w="6958" w:type="dxa"/>
            <w:gridSpan w:val="2"/>
            <w:vAlign w:val="center"/>
          </w:tcPr>
          <w:p w14:paraId="699C1428" w14:textId="77777777" w:rsidR="008E4D44" w:rsidRPr="008E4D44" w:rsidRDefault="008E4D44" w:rsidP="008E4D44">
            <w:pPr>
              <w:rPr>
                <w:szCs w:val="24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行政事務｜社團申請、場地、經費、核銷、資料繳交</w:t>
            </w:r>
          </w:p>
          <w:p w14:paraId="23BE4416" w14:textId="77777777" w:rsidR="008E4D44" w:rsidRPr="008E4D44" w:rsidRDefault="008E4D44" w:rsidP="008E4D44">
            <w:pPr>
              <w:rPr>
                <w:szCs w:val="24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組織經營｜幹部分工、社員管理、招募、交接傳承</w:t>
            </w:r>
          </w:p>
          <w:p w14:paraId="5546B5A4" w14:textId="77777777" w:rsidR="008E4D44" w:rsidRPr="008E4D44" w:rsidRDefault="008E4D44" w:rsidP="008E4D44">
            <w:pPr>
              <w:rPr>
                <w:szCs w:val="24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活動企劃｜社課、活動規劃、流程設計與執行</w:t>
            </w:r>
          </w:p>
          <w:p w14:paraId="14B33085" w14:textId="77777777" w:rsidR="008E4D44" w:rsidRPr="008E4D44" w:rsidRDefault="008E4D44" w:rsidP="008E4D44">
            <w:pPr>
              <w:rPr>
                <w:szCs w:val="24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宣傳行銷｜招生宣傳、社群經營、文宣及視覺設計</w:t>
            </w:r>
          </w:p>
          <w:p w14:paraId="39590CEC" w14:textId="77777777" w:rsidR="008E4D44" w:rsidRPr="008E4D44" w:rsidRDefault="008E4D44" w:rsidP="008E4D44">
            <w:pPr>
              <w:rPr>
                <w:szCs w:val="24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成果展現｜成果發表、社團評鑑、成果資料整理</w:t>
            </w:r>
          </w:p>
          <w:p w14:paraId="285192D3" w14:textId="77777777" w:rsidR="008E4D44" w:rsidRPr="008E4D44" w:rsidRDefault="008E4D44" w:rsidP="008E4D44">
            <w:pPr>
              <w:rPr>
                <w:szCs w:val="24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交流合作｜跨社、跨校合作、資源連結及對外交流</w:t>
            </w:r>
          </w:p>
          <w:p w14:paraId="0424DEF4" w14:textId="0241C3D5" w:rsidR="002830CA" w:rsidRPr="008E4D44" w:rsidRDefault="008E4D44" w:rsidP="008E4D44">
            <w:pPr>
              <w:rPr>
                <w:rFonts w:hint="eastAsia"/>
                <w:szCs w:val="24"/>
                <w:u w:val="thick"/>
                <w:lang w:eastAsia="zh-TW"/>
              </w:rPr>
            </w:pPr>
            <w:r w:rsidRPr="008E4D44">
              <w:rPr>
                <w:szCs w:val="24"/>
                <w:lang w:eastAsia="zh-TW"/>
              </w:rPr>
              <w:t>□ 其他｜</w:t>
            </w:r>
            <w:r w:rsidR="00D543EF">
              <w:rPr>
                <w:szCs w:val="24"/>
                <w:lang w:eastAsia="zh-TW"/>
              </w:rPr>
              <w:t>_______________________________</w:t>
            </w:r>
          </w:p>
        </w:tc>
      </w:tr>
    </w:tbl>
    <w:p w14:paraId="14C063D9" w14:textId="77777777" w:rsidR="002610F6" w:rsidRPr="002610F6" w:rsidRDefault="002610F6" w:rsidP="002610F6">
      <w:pPr>
        <w:rPr>
          <w:lang w:eastAsia="zh-TW"/>
        </w:rPr>
      </w:pPr>
    </w:p>
    <w:p w14:paraId="69555F71" w14:textId="51BC4A9B" w:rsidR="00F258E6" w:rsidRPr="00945D7E" w:rsidRDefault="00000000" w:rsidP="00906721">
      <w:pPr>
        <w:pStyle w:val="1"/>
        <w:numPr>
          <w:ilvl w:val="0"/>
          <w:numId w:val="12"/>
        </w:numPr>
        <w:rPr>
          <w:rFonts w:ascii="微軟正黑體" w:hAnsi="微軟正黑體"/>
          <w:lang w:eastAsia="zh-TW"/>
        </w:rPr>
      </w:pPr>
      <w:r w:rsidRPr="00945D7E">
        <w:rPr>
          <w:rFonts w:ascii="微軟正黑體" w:hAnsi="微軟正黑體"/>
          <w:lang w:eastAsia="zh-TW"/>
        </w:rPr>
        <w:t>社團參與及幹部經歷</w:t>
      </w:r>
    </w:p>
    <w:p w14:paraId="251C8364" w14:textId="7AEAD978" w:rsidR="00906721" w:rsidRDefault="00000000" w:rsidP="00906721">
      <w:pPr>
        <w:pStyle w:val="ae"/>
        <w:numPr>
          <w:ilvl w:val="0"/>
          <w:numId w:val="10"/>
        </w:numPr>
        <w:spacing w:after="80"/>
        <w:rPr>
          <w:lang w:eastAsia="zh-TW"/>
        </w:rPr>
      </w:pPr>
      <w:r w:rsidRPr="00945D7E">
        <w:rPr>
          <w:rFonts w:hint="eastAsia"/>
          <w:lang w:eastAsia="zh-TW"/>
        </w:rPr>
        <w:t>請</w:t>
      </w:r>
      <w:r w:rsidR="00AC2EE1">
        <w:rPr>
          <w:rFonts w:hint="eastAsia"/>
          <w:lang w:eastAsia="zh-TW"/>
        </w:rPr>
        <w:t>包含</w:t>
      </w:r>
      <w:r w:rsidRPr="00945D7E">
        <w:rPr>
          <w:lang w:eastAsia="zh-TW"/>
        </w:rPr>
        <w:t>個人社團參與、幹部職務及主要負責事項，建議以最具代表性的經歷為主</w:t>
      </w:r>
      <w:r w:rsidR="00130828">
        <w:rPr>
          <w:rFonts w:hint="eastAsia"/>
          <w:lang w:eastAsia="zh-TW"/>
        </w:rPr>
        <w:t>，表格不敷使用可自行增列</w:t>
      </w:r>
      <w:r w:rsidRPr="00945D7E">
        <w:rPr>
          <w:lang w:eastAsia="zh-TW"/>
        </w:rPr>
        <w:t>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262"/>
        <w:gridCol w:w="2825"/>
        <w:gridCol w:w="1415"/>
        <w:gridCol w:w="3954"/>
      </w:tblGrid>
      <w:tr w:rsidR="00906721" w:rsidRPr="00945D7E" w14:paraId="29993EB6" w14:textId="77777777" w:rsidTr="0006122C">
        <w:trPr>
          <w:tblHeader/>
          <w:jc w:val="center"/>
        </w:trPr>
        <w:tc>
          <w:tcPr>
            <w:tcW w:w="2269" w:type="dxa"/>
            <w:shd w:val="clear" w:color="auto" w:fill="D9EAF2"/>
            <w:vAlign w:val="center"/>
          </w:tcPr>
          <w:p w14:paraId="66842AC8" w14:textId="77777777" w:rsidR="00906721" w:rsidRDefault="00906721" w:rsidP="0006122C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參與期間</w:t>
            </w:r>
          </w:p>
          <w:p w14:paraId="776A3563" w14:textId="77777777" w:rsidR="00906721" w:rsidRPr="00AC2EE1" w:rsidRDefault="00906721" w:rsidP="0006122C">
            <w:pPr>
              <w:jc w:val="center"/>
              <w:rPr>
                <w:sz w:val="16"/>
                <w:szCs w:val="16"/>
                <w:lang w:eastAsia="zh-TW"/>
              </w:rPr>
            </w:pPr>
            <w:r w:rsidRPr="00AC2EE1">
              <w:rPr>
                <w:sz w:val="16"/>
                <w:szCs w:val="16"/>
                <w:lang w:eastAsia="zh-TW"/>
              </w:rPr>
              <w:t>(</w:t>
            </w:r>
            <w:r w:rsidRPr="00AC2EE1">
              <w:rPr>
                <w:rFonts w:hint="eastAsia"/>
                <w:sz w:val="16"/>
                <w:szCs w:val="16"/>
                <w:lang w:eastAsia="zh-TW"/>
              </w:rPr>
              <w:t>如：高一上</w:t>
            </w:r>
            <w:r w:rsidRPr="00AC2EE1">
              <w:rPr>
                <w:sz w:val="16"/>
                <w:szCs w:val="16"/>
                <w:lang w:eastAsia="zh-TW"/>
              </w:rPr>
              <w:t>/</w:t>
            </w:r>
            <w:r w:rsidRPr="00AC2EE1">
              <w:rPr>
                <w:rFonts w:hint="eastAsia"/>
                <w:sz w:val="16"/>
                <w:szCs w:val="16"/>
                <w:lang w:eastAsia="zh-TW"/>
              </w:rPr>
              <w:t>大一下</w:t>
            </w:r>
            <w:r w:rsidRPr="00AC2EE1">
              <w:rPr>
                <w:sz w:val="16"/>
                <w:szCs w:val="16"/>
                <w:lang w:eastAsia="zh-TW"/>
              </w:rPr>
              <w:t>)</w:t>
            </w:r>
          </w:p>
        </w:tc>
        <w:tc>
          <w:tcPr>
            <w:tcW w:w="2835" w:type="dxa"/>
            <w:shd w:val="clear" w:color="auto" w:fill="D9EAF2"/>
            <w:vAlign w:val="center"/>
          </w:tcPr>
          <w:p w14:paraId="408F0509" w14:textId="77777777" w:rsidR="00906721" w:rsidRPr="00945D7E" w:rsidRDefault="00906721" w:rsidP="0006122C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社團</w:t>
            </w:r>
            <w:r>
              <w:rPr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學會</w:t>
            </w:r>
          </w:p>
        </w:tc>
        <w:tc>
          <w:tcPr>
            <w:tcW w:w="1419" w:type="dxa"/>
            <w:shd w:val="clear" w:color="auto" w:fill="D9EAF2"/>
            <w:vAlign w:val="center"/>
          </w:tcPr>
          <w:p w14:paraId="0B2E8D95" w14:textId="77777777" w:rsidR="00906721" w:rsidRDefault="00906721" w:rsidP="0006122C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擔任職務</w:t>
            </w:r>
          </w:p>
          <w:p w14:paraId="49C0FDAA" w14:textId="6A0F59EF" w:rsidR="00BF767F" w:rsidRPr="00945D7E" w:rsidRDefault="00BF767F" w:rsidP="0006122C">
            <w:pPr>
              <w:jc w:val="center"/>
              <w:rPr>
                <w:lang w:eastAsia="zh-TW"/>
              </w:rPr>
            </w:pPr>
            <w:r w:rsidRPr="00AC2EE1">
              <w:rPr>
                <w:sz w:val="16"/>
                <w:szCs w:val="16"/>
                <w:lang w:eastAsia="zh-TW"/>
              </w:rPr>
              <w:t>(</w:t>
            </w:r>
            <w:r w:rsidRPr="00AC2EE1">
              <w:rPr>
                <w:rFonts w:hint="eastAsia"/>
                <w:sz w:val="16"/>
                <w:szCs w:val="16"/>
                <w:lang w:eastAsia="zh-TW"/>
              </w:rPr>
              <w:t>如：</w:t>
            </w:r>
            <w:r>
              <w:rPr>
                <w:rFonts w:hint="eastAsia"/>
                <w:sz w:val="16"/>
                <w:szCs w:val="16"/>
                <w:lang w:eastAsia="zh-TW"/>
              </w:rPr>
              <w:t>社員</w:t>
            </w:r>
            <w:r w:rsidRPr="00AC2EE1">
              <w:rPr>
                <w:sz w:val="16"/>
                <w:szCs w:val="16"/>
                <w:lang w:eastAsia="zh-TW"/>
              </w:rPr>
              <w:t>/</w:t>
            </w:r>
            <w:r>
              <w:rPr>
                <w:rFonts w:hint="eastAsia"/>
                <w:sz w:val="16"/>
                <w:szCs w:val="16"/>
                <w:lang w:eastAsia="zh-TW"/>
              </w:rPr>
              <w:t>社長</w:t>
            </w:r>
            <w:r w:rsidRPr="00AC2EE1">
              <w:rPr>
                <w:sz w:val="16"/>
                <w:szCs w:val="16"/>
                <w:lang w:eastAsia="zh-TW"/>
              </w:rPr>
              <w:t>)</w:t>
            </w:r>
          </w:p>
        </w:tc>
        <w:tc>
          <w:tcPr>
            <w:tcW w:w="3969" w:type="dxa"/>
            <w:shd w:val="clear" w:color="auto" w:fill="D9EAF2"/>
            <w:vAlign w:val="center"/>
          </w:tcPr>
          <w:p w14:paraId="0BD042F8" w14:textId="77777777" w:rsidR="00906721" w:rsidRDefault="00906721" w:rsidP="0006122C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主要負責事項或辦理之活動名稱</w:t>
            </w:r>
          </w:p>
          <w:p w14:paraId="4FA5E043" w14:textId="77777777" w:rsidR="00906721" w:rsidRPr="00945D7E" w:rsidRDefault="00906721" w:rsidP="0006122C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同一參與期間可列點</w:t>
            </w:r>
            <w:r>
              <w:rPr>
                <w:lang w:eastAsia="zh-TW"/>
              </w:rPr>
              <w:t>)</w:t>
            </w:r>
          </w:p>
        </w:tc>
      </w:tr>
      <w:tr w:rsidR="00906721" w:rsidRPr="00945D7E" w14:paraId="4E6FA74A" w14:textId="77777777" w:rsidTr="0006122C">
        <w:trPr>
          <w:jc w:val="center"/>
        </w:trPr>
        <w:tc>
          <w:tcPr>
            <w:tcW w:w="2269" w:type="dxa"/>
            <w:vAlign w:val="center"/>
          </w:tcPr>
          <w:p w14:paraId="770793D2" w14:textId="77777777" w:rsidR="00906721" w:rsidRPr="00945D7E" w:rsidRDefault="00906721" w:rsidP="0006122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8BED8F8" w14:textId="77777777" w:rsidR="00906721" w:rsidRPr="00945D7E" w:rsidRDefault="00906721" w:rsidP="0006122C">
            <w:pPr>
              <w:jc w:val="center"/>
            </w:pPr>
          </w:p>
        </w:tc>
        <w:tc>
          <w:tcPr>
            <w:tcW w:w="1419" w:type="dxa"/>
            <w:vAlign w:val="center"/>
          </w:tcPr>
          <w:p w14:paraId="4C96A1B2" w14:textId="77777777" w:rsidR="00906721" w:rsidRPr="00945D7E" w:rsidRDefault="00906721" w:rsidP="0006122C">
            <w:pPr>
              <w:jc w:val="center"/>
            </w:pPr>
          </w:p>
        </w:tc>
        <w:tc>
          <w:tcPr>
            <w:tcW w:w="3969" w:type="dxa"/>
            <w:vAlign w:val="center"/>
          </w:tcPr>
          <w:p w14:paraId="49C61064" w14:textId="77777777" w:rsidR="00906721" w:rsidRPr="00945D7E" w:rsidRDefault="00906721" w:rsidP="0006122C">
            <w:pPr>
              <w:jc w:val="center"/>
            </w:pPr>
          </w:p>
        </w:tc>
      </w:tr>
      <w:tr w:rsidR="00906721" w:rsidRPr="00945D7E" w14:paraId="12F84A6A" w14:textId="77777777" w:rsidTr="0006122C">
        <w:trPr>
          <w:jc w:val="center"/>
        </w:trPr>
        <w:tc>
          <w:tcPr>
            <w:tcW w:w="2269" w:type="dxa"/>
            <w:vAlign w:val="center"/>
          </w:tcPr>
          <w:p w14:paraId="2C71AF5B" w14:textId="77777777" w:rsidR="00906721" w:rsidRPr="00945D7E" w:rsidRDefault="00906721" w:rsidP="0006122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060F7FF" w14:textId="77777777" w:rsidR="00906721" w:rsidRPr="00945D7E" w:rsidRDefault="00906721" w:rsidP="0006122C">
            <w:pPr>
              <w:jc w:val="center"/>
            </w:pPr>
          </w:p>
        </w:tc>
        <w:tc>
          <w:tcPr>
            <w:tcW w:w="1419" w:type="dxa"/>
            <w:vAlign w:val="center"/>
          </w:tcPr>
          <w:p w14:paraId="4316C57B" w14:textId="77777777" w:rsidR="00906721" w:rsidRPr="00945D7E" w:rsidRDefault="00906721" w:rsidP="0006122C">
            <w:pPr>
              <w:jc w:val="center"/>
            </w:pPr>
          </w:p>
        </w:tc>
        <w:tc>
          <w:tcPr>
            <w:tcW w:w="3969" w:type="dxa"/>
            <w:vAlign w:val="center"/>
          </w:tcPr>
          <w:p w14:paraId="5BA2E356" w14:textId="77777777" w:rsidR="00906721" w:rsidRPr="00945D7E" w:rsidRDefault="00906721" w:rsidP="0006122C">
            <w:pPr>
              <w:jc w:val="center"/>
            </w:pPr>
          </w:p>
        </w:tc>
      </w:tr>
      <w:tr w:rsidR="00906721" w:rsidRPr="00945D7E" w14:paraId="35B37A91" w14:textId="77777777" w:rsidTr="0006122C">
        <w:trPr>
          <w:jc w:val="center"/>
        </w:trPr>
        <w:tc>
          <w:tcPr>
            <w:tcW w:w="2269" w:type="dxa"/>
            <w:vAlign w:val="center"/>
          </w:tcPr>
          <w:p w14:paraId="5A4B74C3" w14:textId="77777777" w:rsidR="00906721" w:rsidRPr="00945D7E" w:rsidRDefault="00906721" w:rsidP="0006122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BCB35C8" w14:textId="77777777" w:rsidR="00906721" w:rsidRPr="00945D7E" w:rsidRDefault="00906721" w:rsidP="0006122C">
            <w:pPr>
              <w:jc w:val="center"/>
            </w:pPr>
          </w:p>
        </w:tc>
        <w:tc>
          <w:tcPr>
            <w:tcW w:w="1419" w:type="dxa"/>
            <w:vAlign w:val="center"/>
          </w:tcPr>
          <w:p w14:paraId="5DDB046F" w14:textId="77777777" w:rsidR="00906721" w:rsidRPr="00945D7E" w:rsidRDefault="00906721" w:rsidP="0006122C">
            <w:pPr>
              <w:jc w:val="center"/>
            </w:pPr>
          </w:p>
        </w:tc>
        <w:tc>
          <w:tcPr>
            <w:tcW w:w="3969" w:type="dxa"/>
            <w:vAlign w:val="center"/>
          </w:tcPr>
          <w:p w14:paraId="3645FACE" w14:textId="77777777" w:rsidR="00906721" w:rsidRPr="00945D7E" w:rsidRDefault="00906721" w:rsidP="0006122C">
            <w:pPr>
              <w:jc w:val="center"/>
            </w:pPr>
          </w:p>
        </w:tc>
      </w:tr>
      <w:tr w:rsidR="00906721" w:rsidRPr="00945D7E" w14:paraId="4F1E3248" w14:textId="77777777" w:rsidTr="0006122C">
        <w:trPr>
          <w:jc w:val="center"/>
        </w:trPr>
        <w:tc>
          <w:tcPr>
            <w:tcW w:w="2269" w:type="dxa"/>
            <w:vAlign w:val="center"/>
          </w:tcPr>
          <w:p w14:paraId="4171DC53" w14:textId="77777777" w:rsidR="00906721" w:rsidRPr="00945D7E" w:rsidRDefault="00906721" w:rsidP="0006122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81E3937" w14:textId="77777777" w:rsidR="00906721" w:rsidRPr="00945D7E" w:rsidRDefault="00906721" w:rsidP="0006122C">
            <w:pPr>
              <w:jc w:val="center"/>
            </w:pPr>
          </w:p>
        </w:tc>
        <w:tc>
          <w:tcPr>
            <w:tcW w:w="1419" w:type="dxa"/>
            <w:vAlign w:val="center"/>
          </w:tcPr>
          <w:p w14:paraId="4A85BD62" w14:textId="77777777" w:rsidR="00906721" w:rsidRPr="00945D7E" w:rsidRDefault="00906721" w:rsidP="0006122C">
            <w:pPr>
              <w:jc w:val="center"/>
            </w:pPr>
          </w:p>
        </w:tc>
        <w:tc>
          <w:tcPr>
            <w:tcW w:w="3969" w:type="dxa"/>
            <w:vAlign w:val="center"/>
          </w:tcPr>
          <w:p w14:paraId="07BF409B" w14:textId="77777777" w:rsidR="00906721" w:rsidRPr="00945D7E" w:rsidRDefault="00906721" w:rsidP="0006122C">
            <w:pPr>
              <w:jc w:val="center"/>
            </w:pPr>
          </w:p>
        </w:tc>
      </w:tr>
    </w:tbl>
    <w:p w14:paraId="66E68175" w14:textId="77777777" w:rsidR="00D543EF" w:rsidRDefault="00D543EF" w:rsidP="00D543EF">
      <w:pPr>
        <w:rPr>
          <w:lang w:eastAsia="zh-TW"/>
        </w:rPr>
      </w:pPr>
    </w:p>
    <w:p w14:paraId="33E14B5A" w14:textId="77777777" w:rsidR="00D543EF" w:rsidRDefault="00D543EF">
      <w:pPr>
        <w:rPr>
          <w:lang w:eastAsia="zh-TW"/>
        </w:rPr>
      </w:pPr>
      <w:r>
        <w:rPr>
          <w:lang w:eastAsia="zh-TW"/>
        </w:rPr>
        <w:br w:type="page"/>
      </w:r>
    </w:p>
    <w:p w14:paraId="2F2D0153" w14:textId="3401608A" w:rsidR="00130828" w:rsidRDefault="00130828" w:rsidP="00130828">
      <w:pPr>
        <w:pStyle w:val="ae"/>
        <w:numPr>
          <w:ilvl w:val="0"/>
          <w:numId w:val="10"/>
        </w:numPr>
        <w:rPr>
          <w:lang w:eastAsia="zh-TW"/>
        </w:rPr>
      </w:pPr>
      <w:r>
        <w:rPr>
          <w:rFonts w:hint="eastAsia"/>
          <w:lang w:eastAsia="zh-TW"/>
        </w:rPr>
        <w:lastRenderedPageBreak/>
        <w:t>自傳</w:t>
      </w:r>
    </w:p>
    <w:tbl>
      <w:tblPr>
        <w:tblStyle w:val="aff2"/>
        <w:tblW w:w="0" w:type="auto"/>
        <w:tblInd w:w="80" w:type="dxa"/>
        <w:tblLook w:val="04A0" w:firstRow="1" w:lastRow="0" w:firstColumn="1" w:lastColumn="0" w:noHBand="0" w:noVBand="1"/>
      </w:tblPr>
      <w:tblGrid>
        <w:gridCol w:w="10376"/>
      </w:tblGrid>
      <w:tr w:rsidR="00130828" w14:paraId="33012159" w14:textId="77777777" w:rsidTr="007003BE">
        <w:trPr>
          <w:trHeight w:val="2435"/>
        </w:trPr>
        <w:tc>
          <w:tcPr>
            <w:tcW w:w="10522" w:type="dxa"/>
            <w:shd w:val="clear" w:color="auto" w:fill="D9EAF3"/>
          </w:tcPr>
          <w:p w14:paraId="250BF54B" w14:textId="7904D698" w:rsidR="00130828" w:rsidRDefault="00130828" w:rsidP="0006122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字數</w:t>
            </w:r>
            <w:r w:rsidR="007003BE">
              <w:rPr>
                <w:rFonts w:hint="eastAsia"/>
                <w:lang w:eastAsia="zh-TW"/>
              </w:rPr>
              <w:t>不限，格式可自行設定</w:t>
            </w:r>
          </w:p>
          <w:p w14:paraId="197C4F14" w14:textId="30C769CA" w:rsidR="00130828" w:rsidRDefault="00130828" w:rsidP="00130828">
            <w:pPr>
              <w:pStyle w:val="ae"/>
              <w:numPr>
                <w:ilvl w:val="0"/>
                <w:numId w:val="11"/>
              </w:numPr>
              <w:rPr>
                <w:lang w:eastAsia="zh-TW"/>
              </w:rPr>
            </w:pPr>
            <w:r w:rsidRPr="00945D7E">
              <w:rPr>
                <w:lang w:eastAsia="zh-TW"/>
              </w:rPr>
              <w:t>請分享</w:t>
            </w:r>
            <w:r>
              <w:rPr>
                <w:rFonts w:hint="eastAsia"/>
                <w:lang w:eastAsia="zh-TW"/>
              </w:rPr>
              <w:t>參與社團期間心路歷程及</w:t>
            </w:r>
            <w:r w:rsidRPr="00945D7E">
              <w:rPr>
                <w:lang w:eastAsia="zh-TW"/>
              </w:rPr>
              <w:t>一段</w:t>
            </w:r>
            <w:r>
              <w:rPr>
                <w:rFonts w:hint="eastAsia"/>
                <w:lang w:eastAsia="zh-TW"/>
              </w:rPr>
              <w:t>您</w:t>
            </w:r>
            <w:r w:rsidRPr="00945D7E">
              <w:rPr>
                <w:lang w:eastAsia="zh-TW"/>
              </w:rPr>
              <w:t>在社團中印象最深刻的經驗，說明當時扮演的角色、遇到的問題，以及</w:t>
            </w:r>
            <w:r>
              <w:rPr>
                <w:rFonts w:hint="eastAsia"/>
                <w:lang w:eastAsia="zh-TW"/>
              </w:rPr>
              <w:t>您</w:t>
            </w:r>
            <w:r w:rsidRPr="00945D7E">
              <w:rPr>
                <w:lang w:eastAsia="zh-TW"/>
              </w:rPr>
              <w:t>如何處理。</w:t>
            </w:r>
          </w:p>
          <w:p w14:paraId="021182BD" w14:textId="43B2C38A" w:rsidR="00906721" w:rsidRDefault="00906721" w:rsidP="00130828">
            <w:pPr>
              <w:pStyle w:val="ae"/>
              <w:numPr>
                <w:ilvl w:val="0"/>
                <w:numId w:val="11"/>
              </w:num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您</w:t>
            </w:r>
            <w:r w:rsidRPr="00906721">
              <w:rPr>
                <w:lang w:eastAsia="zh-TW"/>
              </w:rPr>
              <w:t>認為自己參與社團後，為社團、校園或其他人帶來最大的改變是什麼？</w:t>
            </w:r>
          </w:p>
          <w:p w14:paraId="6C988A5E" w14:textId="741AB796" w:rsidR="00130828" w:rsidRDefault="00130828" w:rsidP="00130828">
            <w:pPr>
              <w:pStyle w:val="ae"/>
              <w:numPr>
                <w:ilvl w:val="0"/>
                <w:numId w:val="11"/>
              </w:num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參與年度社團大使遴選之動機；對於擔任年度社團大使之個人期許</w:t>
            </w:r>
            <w:r w:rsidR="00906721">
              <w:rPr>
                <w:rFonts w:hint="eastAsia"/>
                <w:lang w:eastAsia="zh-TW"/>
              </w:rPr>
              <w:t>、</w:t>
            </w:r>
            <w:r>
              <w:rPr>
                <w:rFonts w:hint="eastAsia"/>
                <w:lang w:eastAsia="zh-TW"/>
              </w:rPr>
              <w:t>未來推廣青年及社團相關想法與規劃，可提供青年局哪些具體建議及作法。</w:t>
            </w:r>
          </w:p>
        </w:tc>
      </w:tr>
      <w:tr w:rsidR="002F2556" w14:paraId="27320196" w14:textId="77777777" w:rsidTr="00D543EF">
        <w:trPr>
          <w:trHeight w:val="11260"/>
        </w:trPr>
        <w:tc>
          <w:tcPr>
            <w:tcW w:w="10522" w:type="dxa"/>
          </w:tcPr>
          <w:p w14:paraId="3512A433" w14:textId="77777777" w:rsidR="002F2556" w:rsidRDefault="002F2556" w:rsidP="0006122C">
            <w:pPr>
              <w:rPr>
                <w:lang w:eastAsia="zh-TW"/>
              </w:rPr>
            </w:pPr>
          </w:p>
        </w:tc>
      </w:tr>
    </w:tbl>
    <w:p w14:paraId="6D1DE6D2" w14:textId="6EA7234C" w:rsidR="002610F6" w:rsidRPr="002610F6" w:rsidRDefault="002610F6">
      <w:pPr>
        <w:spacing w:after="80"/>
        <w:rPr>
          <w:sz w:val="10"/>
          <w:szCs w:val="10"/>
          <w:lang w:eastAsia="zh-TW"/>
        </w:rPr>
      </w:pPr>
    </w:p>
    <w:p w14:paraId="42165AD3" w14:textId="710E3A4C" w:rsidR="00130828" w:rsidRPr="002610F6" w:rsidRDefault="002610F6" w:rsidP="002610F6">
      <w:pPr>
        <w:rPr>
          <w:sz w:val="10"/>
          <w:szCs w:val="10"/>
          <w:lang w:eastAsia="zh-TW"/>
        </w:rPr>
      </w:pPr>
      <w:r w:rsidRPr="002610F6">
        <w:rPr>
          <w:sz w:val="10"/>
          <w:szCs w:val="10"/>
          <w:lang w:eastAsia="zh-TW"/>
        </w:rPr>
        <w:br w:type="page"/>
      </w:r>
    </w:p>
    <w:p w14:paraId="31148600" w14:textId="77777777" w:rsidR="002830CA" w:rsidRDefault="002830CA" w:rsidP="002830CA">
      <w:pPr>
        <w:pStyle w:val="1"/>
        <w:numPr>
          <w:ilvl w:val="0"/>
          <w:numId w:val="12"/>
        </w:numPr>
        <w:rPr>
          <w:rFonts w:ascii="微軟正黑體" w:hAnsi="微軟正黑體"/>
          <w:lang w:eastAsia="zh-TW"/>
        </w:rPr>
      </w:pPr>
      <w:r>
        <w:rPr>
          <w:rFonts w:ascii="微軟正黑體" w:hAnsi="微軟正黑體" w:hint="eastAsia"/>
          <w:lang w:eastAsia="zh-TW"/>
        </w:rPr>
        <w:lastRenderedPageBreak/>
        <w:t>其他相關足以證明之文件資料，得另外附件提供，不限格式</w:t>
      </w:r>
    </w:p>
    <w:p w14:paraId="47FBA226" w14:textId="13F64560" w:rsidR="002830CA" w:rsidRDefault="002830CA" w:rsidP="002830CA">
      <w:pPr>
        <w:pStyle w:val="ae"/>
        <w:numPr>
          <w:ilvl w:val="0"/>
          <w:numId w:val="16"/>
        </w:numPr>
        <w:rPr>
          <w:lang w:eastAsia="zh-TW"/>
        </w:rPr>
      </w:pPr>
      <w:r>
        <w:rPr>
          <w:rFonts w:hint="eastAsia"/>
          <w:lang w:eastAsia="zh-TW"/>
        </w:rPr>
        <w:t>在學證明</w:t>
      </w:r>
      <w:r>
        <w:rPr>
          <w:lang w:eastAsia="zh-TW"/>
        </w:rPr>
        <w:t>(</w:t>
      </w:r>
      <w:r>
        <w:rPr>
          <w:rFonts w:hint="eastAsia"/>
          <w:lang w:eastAsia="zh-TW"/>
        </w:rPr>
        <w:t>含學校證明章</w:t>
      </w:r>
      <w:r>
        <w:rPr>
          <w:lang w:eastAsia="zh-TW"/>
        </w:rPr>
        <w:t>)</w:t>
      </w:r>
    </w:p>
    <w:p w14:paraId="5D969C22" w14:textId="4C287ACB" w:rsidR="002830CA" w:rsidRDefault="00906721" w:rsidP="002830CA">
      <w:pPr>
        <w:pStyle w:val="ae"/>
        <w:numPr>
          <w:ilvl w:val="0"/>
          <w:numId w:val="16"/>
        </w:numPr>
        <w:rPr>
          <w:lang w:eastAsia="zh-TW"/>
        </w:rPr>
      </w:pPr>
      <w:r w:rsidRPr="002830CA">
        <w:rPr>
          <w:lang w:eastAsia="zh-TW"/>
        </w:rPr>
        <w:t>學業及操行成績相關資料</w:t>
      </w:r>
      <w:r w:rsidR="002830CA">
        <w:rPr>
          <w:lang w:eastAsia="zh-TW"/>
        </w:rPr>
        <w:t>(</w:t>
      </w:r>
      <w:r w:rsidR="002830CA">
        <w:rPr>
          <w:rFonts w:hint="eastAsia"/>
          <w:lang w:eastAsia="zh-TW"/>
        </w:rPr>
        <w:t>含學校證明章</w:t>
      </w:r>
      <w:r w:rsidR="002830CA">
        <w:rPr>
          <w:lang w:eastAsia="zh-TW"/>
        </w:rPr>
        <w:t>)</w:t>
      </w:r>
    </w:p>
    <w:p w14:paraId="2BEE8418" w14:textId="74AB016B" w:rsidR="002830CA" w:rsidRDefault="002830CA" w:rsidP="002830CA">
      <w:pPr>
        <w:pStyle w:val="ae"/>
        <w:numPr>
          <w:ilvl w:val="0"/>
          <w:numId w:val="16"/>
        </w:numPr>
        <w:rPr>
          <w:lang w:eastAsia="zh-TW"/>
        </w:rPr>
      </w:pPr>
      <w:r w:rsidRPr="002830CA">
        <w:rPr>
          <w:lang w:eastAsia="zh-TW"/>
        </w:rPr>
        <w:t>社團參與及幹部經歷證明</w:t>
      </w:r>
      <w:r>
        <w:rPr>
          <w:lang w:eastAsia="zh-TW"/>
        </w:rPr>
        <w:t>(</w:t>
      </w:r>
      <w:r w:rsidRPr="002830CA">
        <w:rPr>
          <w:lang w:eastAsia="zh-TW"/>
        </w:rPr>
        <w:t>幹部證明/社團證明/活動紀錄/成果報告</w:t>
      </w:r>
      <w:r>
        <w:rPr>
          <w:lang w:eastAsia="zh-TW"/>
        </w:rPr>
        <w:t>/</w:t>
      </w:r>
      <w:r w:rsidRPr="002830CA">
        <w:rPr>
          <w:lang w:eastAsia="zh-TW"/>
        </w:rPr>
        <w:t>社團參與/活動成果之資料。</w:t>
      </w:r>
      <w:r>
        <w:rPr>
          <w:lang w:eastAsia="zh-TW"/>
        </w:rPr>
        <w:t>)</w:t>
      </w:r>
    </w:p>
    <w:p w14:paraId="1EB66BE4" w14:textId="709763D6" w:rsidR="00E67036" w:rsidRDefault="002830CA" w:rsidP="00E67036">
      <w:pPr>
        <w:pStyle w:val="ae"/>
        <w:numPr>
          <w:ilvl w:val="0"/>
          <w:numId w:val="16"/>
        </w:numPr>
        <w:rPr>
          <w:lang w:eastAsia="zh-TW"/>
        </w:rPr>
      </w:pPr>
      <w:r w:rsidRPr="002830CA">
        <w:rPr>
          <w:rFonts w:hint="eastAsia"/>
          <w:lang w:eastAsia="zh-TW"/>
        </w:rPr>
        <w:t>其他證明資料</w:t>
      </w:r>
      <w:r>
        <w:rPr>
          <w:lang w:eastAsia="zh-TW"/>
        </w:rPr>
        <w:t>(</w:t>
      </w:r>
      <w:r w:rsidRPr="002830CA">
        <w:rPr>
          <w:lang w:eastAsia="zh-TW"/>
        </w:rPr>
        <w:t>個人專長能力證書/獲獎記錄等資料。</w:t>
      </w:r>
      <w:r>
        <w:rPr>
          <w:lang w:eastAsia="zh-TW"/>
        </w:rPr>
        <w:t>)</w:t>
      </w:r>
    </w:p>
    <w:p w14:paraId="77A12CC6" w14:textId="42CCF6E5" w:rsidR="002830CA" w:rsidRPr="002830CA" w:rsidRDefault="002830CA" w:rsidP="002830CA">
      <w:pPr>
        <w:pStyle w:val="ae"/>
        <w:numPr>
          <w:ilvl w:val="0"/>
          <w:numId w:val="16"/>
        </w:numPr>
        <w:rPr>
          <w:rFonts w:hint="eastAsia"/>
          <w:lang w:eastAsia="zh-TW"/>
        </w:rPr>
      </w:pPr>
      <w:r w:rsidRPr="002830CA">
        <w:rPr>
          <w:lang w:eastAsia="zh-TW"/>
        </w:rPr>
        <w:t>師長推薦書(本項非必要繳交之資料，未提供者不影響報名資格。)</w:t>
      </w:r>
    </w:p>
    <w:p w14:paraId="1B161175" w14:textId="01E6358E" w:rsidR="00F258E6" w:rsidRPr="00945D7E" w:rsidRDefault="004C67C9" w:rsidP="002F2556">
      <w:pPr>
        <w:pStyle w:val="1"/>
        <w:numPr>
          <w:ilvl w:val="0"/>
          <w:numId w:val="12"/>
        </w:numPr>
        <w:rPr>
          <w:rFonts w:ascii="微軟正黑體" w:hAnsi="微軟正黑體"/>
          <w:lang w:eastAsia="zh-TW"/>
        </w:rPr>
      </w:pPr>
      <w:r>
        <w:rPr>
          <w:rFonts w:ascii="微軟正黑體" w:hAnsi="微軟正黑體" w:hint="eastAsia"/>
          <w:lang w:eastAsia="zh-TW"/>
        </w:rPr>
        <w:t>自我檢核</w:t>
      </w:r>
      <w:r w:rsidR="0065743A">
        <w:rPr>
          <w:rFonts w:ascii="微軟正黑體" w:hAnsi="微軟正黑體" w:hint="eastAsia"/>
          <w:lang w:eastAsia="zh-TW"/>
        </w:rPr>
        <w:t>及聲明同意</w:t>
      </w:r>
      <w:r w:rsidR="0065743A">
        <w:rPr>
          <w:rFonts w:ascii="微軟正黑體" w:hAnsi="微軟正黑體"/>
          <w:lang w:eastAsia="zh-TW"/>
        </w:rPr>
        <w:t>(</w:t>
      </w:r>
      <w:r w:rsidR="0065743A">
        <w:rPr>
          <w:rFonts w:ascii="微軟正黑體" w:hAnsi="微軟正黑體" w:hint="eastAsia"/>
          <w:lang w:eastAsia="zh-TW"/>
        </w:rPr>
        <w:t>敬請確認後打勾)</w:t>
      </w:r>
    </w:p>
    <w:p w14:paraId="221EF1FC" w14:textId="6DBC75D0" w:rsidR="004C67C9" w:rsidRDefault="00000000" w:rsidP="004C67C9">
      <w:pPr>
        <w:pStyle w:val="ae"/>
        <w:numPr>
          <w:ilvl w:val="0"/>
          <w:numId w:val="14"/>
        </w:numPr>
        <w:rPr>
          <w:lang w:eastAsia="zh-TW"/>
        </w:rPr>
      </w:pPr>
      <w:r w:rsidRPr="00945D7E">
        <w:rPr>
          <w:lang w:eastAsia="zh-TW"/>
        </w:rPr>
        <w:t>我已確認上述</w:t>
      </w:r>
      <w:r w:rsidR="0065743A">
        <w:rPr>
          <w:rFonts w:hint="eastAsia"/>
          <w:lang w:eastAsia="zh-TW"/>
        </w:rPr>
        <w:t>填寫</w:t>
      </w:r>
      <w:r w:rsidRPr="00945D7E">
        <w:rPr>
          <w:lang w:eastAsia="zh-TW"/>
        </w:rPr>
        <w:t>資料均為本人真實經歷。</w:t>
      </w:r>
    </w:p>
    <w:p w14:paraId="24D977DA" w14:textId="77777777" w:rsidR="004C67C9" w:rsidRPr="004C67C9" w:rsidRDefault="004C67C9" w:rsidP="004C67C9">
      <w:pPr>
        <w:pStyle w:val="ae"/>
        <w:numPr>
          <w:ilvl w:val="0"/>
          <w:numId w:val="14"/>
        </w:numPr>
        <w:rPr>
          <w:lang w:eastAsia="zh-TW"/>
        </w:rPr>
      </w:pPr>
      <w:r w:rsidRPr="004C67C9">
        <w:rPr>
          <w:rFonts w:ascii="Segoe UI Symbol" w:hAnsi="Segoe UI Symbol"/>
          <w:lang w:eastAsia="zh-TW"/>
        </w:rPr>
        <w:t>本人確認報名資料已經學校完成校內審核。</w:t>
      </w:r>
    </w:p>
    <w:p w14:paraId="522DCE3A" w14:textId="77777777" w:rsidR="004C67C9" w:rsidRPr="004C67C9" w:rsidRDefault="004C67C9" w:rsidP="004C67C9">
      <w:pPr>
        <w:pStyle w:val="ae"/>
        <w:numPr>
          <w:ilvl w:val="0"/>
          <w:numId w:val="14"/>
        </w:numPr>
        <w:rPr>
          <w:lang w:eastAsia="zh-TW"/>
        </w:rPr>
      </w:pPr>
      <w:r w:rsidRPr="004C67C9">
        <w:rPr>
          <w:rFonts w:ascii="Segoe UI Symbol" w:hAnsi="Segoe UI Symbol"/>
          <w:lang w:eastAsia="zh-TW"/>
        </w:rPr>
        <w:t>本人同意主辦單位於本次選拔、審查及活動聯繫範圍內蒐集、處理及利用個人資料。</w:t>
      </w:r>
    </w:p>
    <w:p w14:paraId="1BE671F9" w14:textId="77777777" w:rsidR="004C67C9" w:rsidRPr="004C67C9" w:rsidRDefault="004C67C9" w:rsidP="004C67C9">
      <w:pPr>
        <w:pStyle w:val="ae"/>
        <w:numPr>
          <w:ilvl w:val="0"/>
          <w:numId w:val="14"/>
        </w:numPr>
        <w:rPr>
          <w:lang w:eastAsia="zh-TW"/>
        </w:rPr>
      </w:pPr>
      <w:r w:rsidRPr="004C67C9">
        <w:rPr>
          <w:rFonts w:ascii="Segoe UI Symbol" w:hAnsi="Segoe UI Symbol"/>
          <w:lang w:eastAsia="zh-TW"/>
        </w:rPr>
        <w:t>如通過初選，本人願意配合參加決選面試。</w:t>
      </w:r>
    </w:p>
    <w:p w14:paraId="08751464" w14:textId="4C3FFEBF" w:rsidR="004C67C9" w:rsidRPr="004C67C9" w:rsidRDefault="004C67C9" w:rsidP="004C67C9">
      <w:pPr>
        <w:pStyle w:val="ae"/>
        <w:numPr>
          <w:ilvl w:val="0"/>
          <w:numId w:val="14"/>
        </w:numPr>
        <w:rPr>
          <w:lang w:eastAsia="zh-TW"/>
        </w:rPr>
      </w:pPr>
      <w:r w:rsidRPr="004C67C9">
        <w:rPr>
          <w:rFonts w:ascii="Segoe UI Symbol" w:hAnsi="Segoe UI Symbol"/>
          <w:lang w:eastAsia="zh-TW"/>
        </w:rPr>
        <w:t>本人願意出席</w:t>
      </w:r>
      <w:r w:rsidRPr="004C67C9">
        <w:rPr>
          <w:rFonts w:ascii="Segoe UI Symbol" w:hAnsi="Segoe UI Symbol"/>
          <w:lang w:eastAsia="zh-TW"/>
        </w:rPr>
        <w:t>115</w:t>
      </w:r>
      <w:r w:rsidRPr="004C67C9">
        <w:rPr>
          <w:rFonts w:ascii="Segoe UI Symbol" w:hAnsi="Segoe UI Symbol"/>
          <w:lang w:eastAsia="zh-TW"/>
        </w:rPr>
        <w:t>年</w:t>
      </w:r>
      <w:r w:rsidRPr="004C67C9">
        <w:rPr>
          <w:rFonts w:ascii="Segoe UI Symbol" w:hAnsi="Segoe UI Symbol"/>
          <w:lang w:eastAsia="zh-TW"/>
        </w:rPr>
        <w:t>11</w:t>
      </w:r>
      <w:r w:rsidRPr="004C67C9">
        <w:rPr>
          <w:rFonts w:ascii="Segoe UI Symbol" w:hAnsi="Segoe UI Symbol"/>
          <w:lang w:eastAsia="zh-TW"/>
        </w:rPr>
        <w:t>月</w:t>
      </w:r>
      <w:r w:rsidRPr="004C67C9">
        <w:rPr>
          <w:rFonts w:ascii="Segoe UI Symbol" w:hAnsi="Segoe UI Symbol"/>
          <w:lang w:eastAsia="zh-TW"/>
        </w:rPr>
        <w:t>14</w:t>
      </w:r>
      <w:r w:rsidRPr="004C67C9">
        <w:rPr>
          <w:rFonts w:ascii="Segoe UI Symbol" w:hAnsi="Segoe UI Symbol"/>
          <w:lang w:eastAsia="zh-TW"/>
        </w:rPr>
        <w:t>日成果展閉幕式</w:t>
      </w:r>
      <w:r w:rsidR="00E03476">
        <w:rPr>
          <w:rFonts w:ascii="Segoe UI Symbol" w:hAnsi="Segoe UI Symbol" w:hint="eastAsia"/>
          <w:lang w:eastAsia="zh-TW"/>
        </w:rPr>
        <w:t>公布現場</w:t>
      </w:r>
      <w:r w:rsidRPr="004C67C9">
        <w:rPr>
          <w:rFonts w:ascii="Segoe UI Symbol" w:hAnsi="Segoe UI Symbol"/>
          <w:lang w:eastAsia="zh-TW"/>
        </w:rPr>
        <w:t>。</w:t>
      </w:r>
    </w:p>
    <w:p w14:paraId="6ED39F94" w14:textId="479DEB0C" w:rsidR="004C67C9" w:rsidRPr="0065743A" w:rsidRDefault="004C67C9" w:rsidP="004C67C9">
      <w:pPr>
        <w:pStyle w:val="ae"/>
        <w:numPr>
          <w:ilvl w:val="0"/>
          <w:numId w:val="14"/>
        </w:numPr>
        <w:rPr>
          <w:lang w:eastAsia="zh-TW"/>
        </w:rPr>
      </w:pPr>
      <w:r w:rsidRPr="004C67C9">
        <w:rPr>
          <w:rFonts w:ascii="Segoe UI Symbol" w:hAnsi="Segoe UI Symbol"/>
          <w:lang w:eastAsia="zh-TW"/>
        </w:rPr>
        <w:t>如獲選，本人願依活動規劃及個人意願，參與後續青年及校園社團交流推廣活動。</w:t>
      </w:r>
    </w:p>
    <w:p w14:paraId="4BDA1FF0" w14:textId="4E4ECC28" w:rsidR="0065743A" w:rsidRPr="004C67C9" w:rsidRDefault="0065743A" w:rsidP="0065743A">
      <w:pPr>
        <w:pStyle w:val="ae"/>
        <w:numPr>
          <w:ilvl w:val="0"/>
          <w:numId w:val="14"/>
        </w:numPr>
        <w:rPr>
          <w:lang w:eastAsia="zh-TW"/>
        </w:rPr>
      </w:pPr>
      <w:r w:rsidRPr="004C67C9">
        <w:rPr>
          <w:rFonts w:ascii="Segoe UI Symbol" w:hAnsi="Segoe UI Symbol"/>
          <w:lang w:eastAsia="zh-TW"/>
        </w:rPr>
        <w:t>報名者應確保所送資料之真實性與正確性，若經舉發並查證屬實，得取消報名資格，並以最終時間戳記上傳之資料為準。</w:t>
      </w:r>
    </w:p>
    <w:p w14:paraId="23152037" w14:textId="77777777" w:rsidR="004C67C9" w:rsidRPr="004C67C9" w:rsidRDefault="004C67C9" w:rsidP="004C67C9">
      <w:pPr>
        <w:rPr>
          <w:lang w:eastAsia="zh-TW"/>
        </w:rPr>
      </w:pPr>
    </w:p>
    <w:p w14:paraId="3060DD8B" w14:textId="33F7EB20" w:rsidR="004C67C9" w:rsidRDefault="004C67C9" w:rsidP="004C67C9">
      <w:pPr>
        <w:pStyle w:val="ae"/>
        <w:wordWrap w:val="0"/>
        <w:spacing w:before="240" w:after="240" w:line="240" w:lineRule="auto"/>
        <w:ind w:left="482"/>
        <w:jc w:val="right"/>
        <w:rPr>
          <w:rFonts w:ascii="Segoe UI Symbol" w:hAnsi="Segoe UI Symbol"/>
          <w:b/>
          <w:bCs/>
          <w:sz w:val="28"/>
          <w:szCs w:val="28"/>
          <w:u w:val="single"/>
          <w:lang w:eastAsia="zh-TW"/>
        </w:rPr>
      </w:pPr>
      <w:r w:rsidRPr="004C67C9">
        <w:rPr>
          <w:rFonts w:ascii="Segoe UI Symbol" w:hAnsi="Segoe UI Symbol" w:hint="eastAsia"/>
          <w:b/>
          <w:bCs/>
          <w:sz w:val="28"/>
          <w:szCs w:val="28"/>
          <w:lang w:eastAsia="zh-TW"/>
        </w:rPr>
        <w:t>填寫人簽名或蓋章：</w:t>
      </w:r>
      <w:r w:rsidRPr="004C67C9">
        <w:rPr>
          <w:rFonts w:ascii="Segoe UI Symbol" w:hAnsi="Segoe UI Symbol" w:hint="eastAsia"/>
          <w:b/>
          <w:bCs/>
          <w:sz w:val="28"/>
          <w:szCs w:val="28"/>
          <w:u w:val="single"/>
          <w:lang w:eastAsia="zh-TW"/>
        </w:rPr>
        <w:t xml:space="preserve">                                                   </w:t>
      </w:r>
    </w:p>
    <w:p w14:paraId="2AE973DD" w14:textId="77777777" w:rsidR="004C67C9" w:rsidRDefault="004C67C9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6B1D646F" w14:textId="77777777" w:rsidR="00D543EF" w:rsidRDefault="00D543EF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40FE4BA4" w14:textId="77777777" w:rsidR="00D543EF" w:rsidRDefault="00D543EF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3CC95AA0" w14:textId="77777777" w:rsidR="00D543EF" w:rsidRDefault="00D543EF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7634A8FC" w14:textId="77777777" w:rsidR="00D543EF" w:rsidRDefault="00D543EF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0DB58D73" w14:textId="77777777" w:rsidR="00D543EF" w:rsidRDefault="00D543EF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64128E6F" w14:textId="77777777" w:rsidR="00D543EF" w:rsidRDefault="00D543EF">
      <w:pPr>
        <w:jc w:val="center"/>
        <w:rPr>
          <w:rFonts w:ascii="Segoe UI Symbol" w:hAnsi="Segoe UI Symbol"/>
          <w:b/>
          <w:bCs/>
          <w:sz w:val="28"/>
          <w:szCs w:val="28"/>
          <w:lang w:eastAsia="zh-TW"/>
        </w:rPr>
      </w:pPr>
    </w:p>
    <w:p w14:paraId="0DD7B894" w14:textId="77777777" w:rsidR="00D543EF" w:rsidRPr="004C67C9" w:rsidRDefault="00D543EF">
      <w:pPr>
        <w:jc w:val="center"/>
        <w:rPr>
          <w:rFonts w:ascii="Segoe UI Symbol" w:hAnsi="Segoe UI Symbol" w:hint="eastAsia"/>
          <w:b/>
          <w:bCs/>
          <w:sz w:val="28"/>
          <w:szCs w:val="28"/>
          <w:lang w:eastAsia="zh-TW"/>
        </w:rPr>
      </w:pPr>
    </w:p>
    <w:p w14:paraId="401C135A" w14:textId="4CABCC4A" w:rsidR="00F258E6" w:rsidRPr="00945D7E" w:rsidRDefault="00D543EF" w:rsidP="00D543EF">
      <w:pPr>
        <w:jc w:val="distribute"/>
        <w:rPr>
          <w:rFonts w:hint="eastAsia"/>
          <w:lang w:eastAsia="zh-TW"/>
        </w:rPr>
      </w:pPr>
      <w:r>
        <w:rPr>
          <w:rFonts w:hint="eastAsia"/>
          <w:b/>
          <w:lang w:eastAsia="zh-TW"/>
        </w:rPr>
        <w:t>中華民國    年    月     日</w:t>
      </w:r>
    </w:p>
    <w:sectPr w:rsidR="00F258E6" w:rsidRPr="00945D7E" w:rsidSect="00945D7E">
      <w:headerReference w:type="default" r:id="rId8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A9CA0E" w14:textId="77777777" w:rsidR="00995781" w:rsidRDefault="00995781" w:rsidP="00945D7E">
      <w:pPr>
        <w:spacing w:after="0" w:line="240" w:lineRule="auto"/>
      </w:pPr>
      <w:r>
        <w:separator/>
      </w:r>
    </w:p>
  </w:endnote>
  <w:endnote w:type="continuationSeparator" w:id="0">
    <w:p w14:paraId="6C7131EF" w14:textId="77777777" w:rsidR="00995781" w:rsidRDefault="00995781" w:rsidP="00945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ƒC≤c—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8B8BA3" w14:textId="77777777" w:rsidR="00995781" w:rsidRDefault="00995781" w:rsidP="00945D7E">
      <w:pPr>
        <w:spacing w:after="0" w:line="240" w:lineRule="auto"/>
      </w:pPr>
      <w:r>
        <w:separator/>
      </w:r>
    </w:p>
  </w:footnote>
  <w:footnote w:type="continuationSeparator" w:id="0">
    <w:p w14:paraId="53E92B95" w14:textId="77777777" w:rsidR="00995781" w:rsidRDefault="00995781" w:rsidP="00945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F8FAB0" w14:textId="03735438" w:rsidR="00945D7E" w:rsidRPr="00945D7E" w:rsidRDefault="00945D7E" w:rsidP="00945D7E">
    <w:pPr>
      <w:spacing w:after="0" w:line="240" w:lineRule="auto"/>
      <w:jc w:val="right"/>
      <w:rPr>
        <w:sz w:val="20"/>
        <w:szCs w:val="20"/>
        <w:lang w:eastAsia="zh-TW"/>
      </w:rPr>
    </w:pPr>
    <w:r w:rsidRPr="00945D7E">
      <w:rPr>
        <w:b/>
        <w:sz w:val="20"/>
        <w:szCs w:val="20"/>
        <w:lang w:eastAsia="zh-TW"/>
      </w:rPr>
      <w:t>初選書面審查用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F43895"/>
    <w:multiLevelType w:val="hybridMultilevel"/>
    <w:tmpl w:val="1C286FF8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6A1F02"/>
    <w:multiLevelType w:val="hybridMultilevel"/>
    <w:tmpl w:val="85185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381460"/>
    <w:multiLevelType w:val="hybridMultilevel"/>
    <w:tmpl w:val="F112F67C"/>
    <w:lvl w:ilvl="0" w:tplc="5F6AE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B70468"/>
    <w:multiLevelType w:val="hybridMultilevel"/>
    <w:tmpl w:val="4B7EA6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6935DE1"/>
    <w:multiLevelType w:val="hybridMultilevel"/>
    <w:tmpl w:val="8D849D16"/>
    <w:lvl w:ilvl="0" w:tplc="CFAC85E6">
      <w:start w:val="1"/>
      <w:numFmt w:val="bullet"/>
      <w:lvlText w:val="¨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6584CC2"/>
    <w:multiLevelType w:val="hybridMultilevel"/>
    <w:tmpl w:val="FC5E53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815D9C"/>
    <w:multiLevelType w:val="hybridMultilevel"/>
    <w:tmpl w:val="1C286FF8"/>
    <w:lvl w:ilvl="0" w:tplc="A9A0038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29473482">
    <w:abstractNumId w:val="8"/>
  </w:num>
  <w:num w:numId="2" w16cid:durableId="113208599">
    <w:abstractNumId w:val="6"/>
  </w:num>
  <w:num w:numId="3" w16cid:durableId="1602372506">
    <w:abstractNumId w:val="5"/>
  </w:num>
  <w:num w:numId="4" w16cid:durableId="1751073316">
    <w:abstractNumId w:val="4"/>
  </w:num>
  <w:num w:numId="5" w16cid:durableId="819200594">
    <w:abstractNumId w:val="7"/>
  </w:num>
  <w:num w:numId="6" w16cid:durableId="239484400">
    <w:abstractNumId w:val="3"/>
  </w:num>
  <w:num w:numId="7" w16cid:durableId="604121968">
    <w:abstractNumId w:val="2"/>
  </w:num>
  <w:num w:numId="8" w16cid:durableId="1896744523">
    <w:abstractNumId w:val="1"/>
  </w:num>
  <w:num w:numId="9" w16cid:durableId="1519470695">
    <w:abstractNumId w:val="0"/>
  </w:num>
  <w:num w:numId="10" w16cid:durableId="1818910682">
    <w:abstractNumId w:val="15"/>
  </w:num>
  <w:num w:numId="11" w16cid:durableId="6567683">
    <w:abstractNumId w:val="11"/>
  </w:num>
  <w:num w:numId="12" w16cid:durableId="1105925667">
    <w:abstractNumId w:val="12"/>
  </w:num>
  <w:num w:numId="13" w16cid:durableId="664171065">
    <w:abstractNumId w:val="10"/>
  </w:num>
  <w:num w:numId="14" w16cid:durableId="646516635">
    <w:abstractNumId w:val="13"/>
  </w:num>
  <w:num w:numId="15" w16cid:durableId="658971185">
    <w:abstractNumId w:val="14"/>
  </w:num>
  <w:num w:numId="16" w16cid:durableId="212044508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1B7"/>
    <w:rsid w:val="00034616"/>
    <w:rsid w:val="0006063C"/>
    <w:rsid w:val="00130828"/>
    <w:rsid w:val="0015074B"/>
    <w:rsid w:val="002610F6"/>
    <w:rsid w:val="002830CA"/>
    <w:rsid w:val="0029639D"/>
    <w:rsid w:val="002F2556"/>
    <w:rsid w:val="00326F90"/>
    <w:rsid w:val="004C67C9"/>
    <w:rsid w:val="0065743A"/>
    <w:rsid w:val="00685ECA"/>
    <w:rsid w:val="007003BE"/>
    <w:rsid w:val="008E4D44"/>
    <w:rsid w:val="00906721"/>
    <w:rsid w:val="009267DA"/>
    <w:rsid w:val="00945D7E"/>
    <w:rsid w:val="00995781"/>
    <w:rsid w:val="00A62B10"/>
    <w:rsid w:val="00AA1D8D"/>
    <w:rsid w:val="00AC2EE1"/>
    <w:rsid w:val="00AF7EF8"/>
    <w:rsid w:val="00B47730"/>
    <w:rsid w:val="00BF767F"/>
    <w:rsid w:val="00CB0664"/>
    <w:rsid w:val="00D543EF"/>
    <w:rsid w:val="00E03476"/>
    <w:rsid w:val="00E67036"/>
    <w:rsid w:val="00E845B1"/>
    <w:rsid w:val="00F258E6"/>
    <w:rsid w:val="00FC693F"/>
    <w:rsid w:val="00FD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488962"/>
  <w14:defaultImageDpi w14:val="300"/>
  <w15:docId w15:val="{A2F89D23-4F0C-4E43-957C-9B1333BB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D673F"/>
    <w:rPr>
      <w:rFonts w:ascii="微軟正黑體" w:eastAsia="微軟正黑體" w:hAnsi="微軟正黑體"/>
      <w:sz w:val="24"/>
    </w:rPr>
  </w:style>
  <w:style w:type="paragraph" w:styleId="1">
    <w:name w:val="heading 1"/>
    <w:basedOn w:val="a1"/>
    <w:next w:val="a1"/>
    <w:link w:val="10"/>
    <w:uiPriority w:val="9"/>
    <w:qFormat/>
    <w:rsid w:val="00945D7E"/>
    <w:pPr>
      <w:keepNext/>
      <w:keepLines/>
      <w:spacing w:after="0"/>
      <w:outlineLvl w:val="0"/>
    </w:pPr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945D7E"/>
    <w:rPr>
      <w:rFonts w:asciiTheme="majorHAnsi" w:eastAsia="微軟正黑體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570</Words>
  <Characters>583</Characters>
  <Application>Microsoft Office Word</Application>
  <DocSecurity>0</DocSecurity>
  <Lines>72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 Wu</cp:lastModifiedBy>
  <cp:revision>2</cp:revision>
  <dcterms:created xsi:type="dcterms:W3CDTF">2026-09-07T09:02:00Z</dcterms:created>
  <dcterms:modified xsi:type="dcterms:W3CDTF">2026-09-07T09:02:00Z</dcterms:modified>
  <cp:category/>
</cp:coreProperties>
</file>